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B6A55" w14:textId="4ACA7DE2" w:rsidR="002741CB" w:rsidRDefault="007E5366">
      <w:pPr>
        <w:jc w:val="center"/>
        <w:rPr>
          <w:b/>
          <w:color w:val="0070C0"/>
          <w:sz w:val="40"/>
        </w:rPr>
      </w:pPr>
      <w:r>
        <w:rPr>
          <w:b/>
          <w:noProof/>
          <w:color w:val="0070C0"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C22BD" wp14:editId="32705B4F">
                <wp:simplePos x="0" y="0"/>
                <wp:positionH relativeFrom="column">
                  <wp:posOffset>-94615</wp:posOffset>
                </wp:positionH>
                <wp:positionV relativeFrom="paragraph">
                  <wp:posOffset>-116205</wp:posOffset>
                </wp:positionV>
                <wp:extent cx="6381750" cy="0"/>
                <wp:effectExtent l="38100" t="38100" r="76200" b="95250"/>
                <wp:wrapNone/>
                <wp:docPr id="188361264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F5A3ED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45pt,-9.15pt" to="495.05pt,-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0865E6AA" w14:textId="77777777" w:rsidR="002741CB" w:rsidRDefault="002741CB">
      <w:pPr>
        <w:jc w:val="center"/>
        <w:rPr>
          <w:b/>
          <w:color w:val="0070C0"/>
          <w:sz w:val="40"/>
        </w:rPr>
      </w:pPr>
    </w:p>
    <w:p w14:paraId="5E5F3FD4" w14:textId="2CCB2562" w:rsidR="005F14F2" w:rsidRPr="002741CB" w:rsidRDefault="00000000">
      <w:pPr>
        <w:jc w:val="center"/>
        <w:rPr>
          <w:rFonts w:ascii="Times New Roman" w:hAnsi="Times New Roman" w:cs="Times New Roman"/>
          <w:color w:val="0070C0"/>
          <w:sz w:val="48"/>
          <w:szCs w:val="48"/>
        </w:rPr>
      </w:pPr>
      <w:r w:rsidRPr="002741CB">
        <w:rPr>
          <w:rFonts w:ascii="Times New Roman" w:hAnsi="Times New Roman" w:cs="Times New Roman"/>
          <w:b/>
          <w:color w:val="0070C0"/>
          <w:sz w:val="48"/>
          <w:szCs w:val="48"/>
        </w:rPr>
        <w:t>STANDARDY OCHRONY MAŁOLETNICH</w:t>
      </w:r>
    </w:p>
    <w:p w14:paraId="07209A6F" w14:textId="77777777" w:rsidR="005F14F2" w:rsidRPr="002741CB" w:rsidRDefault="00000000">
      <w:pPr>
        <w:jc w:val="center"/>
        <w:rPr>
          <w:rFonts w:ascii="Times New Roman" w:hAnsi="Times New Roman" w:cs="Times New Roman"/>
          <w:color w:val="0070C0"/>
          <w:sz w:val="48"/>
          <w:szCs w:val="48"/>
        </w:rPr>
      </w:pPr>
      <w:r w:rsidRPr="002741CB">
        <w:rPr>
          <w:rFonts w:ascii="Times New Roman" w:hAnsi="Times New Roman" w:cs="Times New Roman"/>
          <w:b/>
          <w:color w:val="0070C0"/>
          <w:sz w:val="48"/>
          <w:szCs w:val="48"/>
        </w:rPr>
        <w:t>w Zespole Szkół Specjalnych im. Marii Grzegorzewskiej</w:t>
      </w:r>
      <w:r w:rsidRPr="002741CB">
        <w:rPr>
          <w:rFonts w:ascii="Times New Roman" w:hAnsi="Times New Roman" w:cs="Times New Roman"/>
          <w:b/>
          <w:color w:val="0070C0"/>
          <w:sz w:val="48"/>
          <w:szCs w:val="48"/>
        </w:rPr>
        <w:br/>
        <w:t>w Zduńskiej Woli</w:t>
      </w:r>
    </w:p>
    <w:p w14:paraId="08D155D1" w14:textId="795DA102" w:rsidR="005F14F2" w:rsidRPr="002741CB" w:rsidRDefault="002741CB">
      <w:pPr>
        <w:spacing w:after="24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41CB">
        <w:rPr>
          <w:rFonts w:ascii="Times New Roman" w:hAnsi="Times New Roman" w:cs="Times New Roman"/>
          <w:b/>
          <w:sz w:val="24"/>
          <w:szCs w:val="24"/>
        </w:rPr>
        <w:t>w</w:t>
      </w:r>
      <w:r w:rsidR="00000000" w:rsidRPr="002741CB">
        <w:rPr>
          <w:rFonts w:ascii="Times New Roman" w:hAnsi="Times New Roman" w:cs="Times New Roman"/>
          <w:b/>
          <w:sz w:val="24"/>
          <w:szCs w:val="24"/>
        </w:rPr>
        <w:t>ersja</w:t>
      </w:r>
      <w:proofErr w:type="spellEnd"/>
      <w:r w:rsidR="00000000" w:rsidRPr="002741CB">
        <w:rPr>
          <w:rFonts w:ascii="Times New Roman" w:hAnsi="Times New Roman" w:cs="Times New Roman"/>
          <w:b/>
          <w:sz w:val="24"/>
          <w:szCs w:val="24"/>
        </w:rPr>
        <w:t xml:space="preserve"> po okresowej ocenie </w:t>
      </w:r>
      <w:proofErr w:type="spellStart"/>
      <w:r w:rsidR="00000000" w:rsidRPr="002741C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000000" w:rsidRPr="002741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00000" w:rsidRPr="002741CB">
        <w:rPr>
          <w:rFonts w:ascii="Times New Roman" w:hAnsi="Times New Roman" w:cs="Times New Roman"/>
          <w:b/>
          <w:sz w:val="24"/>
          <w:szCs w:val="24"/>
        </w:rPr>
        <w:t>aktualizacji</w:t>
      </w:r>
      <w:proofErr w:type="spellEnd"/>
      <w:r w:rsidR="00000000" w:rsidRPr="002741CB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2741CB">
        <w:rPr>
          <w:rFonts w:ascii="Times New Roman" w:hAnsi="Times New Roman" w:cs="Times New Roman"/>
          <w:b/>
          <w:sz w:val="24"/>
          <w:szCs w:val="24"/>
        </w:rPr>
        <w:t>sierpień</w:t>
      </w:r>
      <w:proofErr w:type="spellEnd"/>
      <w:r w:rsidRPr="002741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0000" w:rsidRPr="002741CB">
        <w:rPr>
          <w:rFonts w:ascii="Times New Roman" w:hAnsi="Times New Roman" w:cs="Times New Roman"/>
          <w:b/>
          <w:sz w:val="24"/>
          <w:szCs w:val="24"/>
        </w:rPr>
        <w:t>2026</w:t>
      </w:r>
    </w:p>
    <w:p w14:paraId="0E7D6977" w14:textId="77777777" w:rsidR="002741CB" w:rsidRPr="002741CB" w:rsidRDefault="002741CB">
      <w:pPr>
        <w:spacing w:after="24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D5DCF5" w14:textId="6D70D9B9" w:rsidR="005F14F2" w:rsidRPr="002741CB" w:rsidRDefault="00000000">
      <w:pPr>
        <w:spacing w:after="8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1CB">
        <w:rPr>
          <w:rFonts w:ascii="Times New Roman" w:hAnsi="Times New Roman" w:cs="Times New Roman"/>
          <w:i/>
          <w:sz w:val="24"/>
          <w:szCs w:val="24"/>
        </w:rPr>
        <w:t xml:space="preserve">Stan prawny </w:t>
      </w:r>
      <w:proofErr w:type="spellStart"/>
      <w:r w:rsidRPr="002741CB">
        <w:rPr>
          <w:rFonts w:ascii="Times New Roman" w:hAnsi="Times New Roman" w:cs="Times New Roman"/>
          <w:i/>
          <w:sz w:val="24"/>
          <w:szCs w:val="24"/>
        </w:rPr>
        <w:t>przyjęty</w:t>
      </w:r>
      <w:proofErr w:type="spellEnd"/>
      <w:r w:rsidRPr="002741CB">
        <w:rPr>
          <w:rFonts w:ascii="Times New Roman" w:hAnsi="Times New Roman" w:cs="Times New Roman"/>
          <w:i/>
          <w:sz w:val="24"/>
          <w:szCs w:val="24"/>
        </w:rPr>
        <w:t xml:space="preserve"> do </w:t>
      </w:r>
      <w:proofErr w:type="spellStart"/>
      <w:r w:rsidRPr="002741CB">
        <w:rPr>
          <w:rFonts w:ascii="Times New Roman" w:hAnsi="Times New Roman" w:cs="Times New Roman"/>
          <w:i/>
          <w:sz w:val="24"/>
          <w:szCs w:val="24"/>
        </w:rPr>
        <w:t>weryfikacji</w:t>
      </w:r>
      <w:proofErr w:type="spellEnd"/>
      <w:r w:rsidRPr="002741CB">
        <w:rPr>
          <w:rFonts w:ascii="Times New Roman" w:hAnsi="Times New Roman" w:cs="Times New Roman"/>
          <w:i/>
          <w:sz w:val="24"/>
          <w:szCs w:val="24"/>
        </w:rPr>
        <w:t>: 1</w:t>
      </w:r>
      <w:r w:rsidR="002741CB" w:rsidRPr="002741CB">
        <w:rPr>
          <w:rFonts w:ascii="Times New Roman" w:hAnsi="Times New Roman" w:cs="Times New Roman"/>
          <w:i/>
          <w:sz w:val="24"/>
          <w:szCs w:val="24"/>
        </w:rPr>
        <w:t xml:space="preserve">3 </w:t>
      </w:r>
      <w:proofErr w:type="spellStart"/>
      <w:r w:rsidRPr="002741CB">
        <w:rPr>
          <w:rFonts w:ascii="Times New Roman" w:hAnsi="Times New Roman" w:cs="Times New Roman"/>
          <w:i/>
          <w:sz w:val="24"/>
          <w:szCs w:val="24"/>
        </w:rPr>
        <w:t>sierpnia</w:t>
      </w:r>
      <w:proofErr w:type="spellEnd"/>
      <w:r w:rsidRPr="002741CB">
        <w:rPr>
          <w:rFonts w:ascii="Times New Roman" w:hAnsi="Times New Roman" w:cs="Times New Roman"/>
          <w:i/>
          <w:sz w:val="24"/>
          <w:szCs w:val="24"/>
        </w:rPr>
        <w:t xml:space="preserve"> 2026 r.</w:t>
      </w:r>
    </w:p>
    <w:p w14:paraId="7CC9BECC" w14:textId="77777777" w:rsidR="007E5366" w:rsidRDefault="007E5366">
      <w:pPr>
        <w:spacing w:after="8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5B5AA" w14:textId="5E8704A3" w:rsidR="007E5366" w:rsidRDefault="00000000">
      <w:pPr>
        <w:spacing w:after="8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741CB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obejmuje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część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normatywną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pisemne wnioski z okresowej oceny </w:t>
      </w:r>
    </w:p>
    <w:p w14:paraId="648A9F62" w14:textId="4EA98637" w:rsidR="005F14F2" w:rsidRPr="002741CB" w:rsidRDefault="00000000">
      <w:pPr>
        <w:spacing w:after="8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741CB">
        <w:rPr>
          <w:rFonts w:ascii="Times New Roman" w:hAnsi="Times New Roman" w:cs="Times New Roman"/>
          <w:sz w:val="24"/>
          <w:szCs w:val="24"/>
        </w:rPr>
        <w:t>przeprowadzonej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ankiet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pracowników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uczniów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rodziców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opiekunów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4"/>
          <w:szCs w:val="24"/>
        </w:rPr>
        <w:t>prawnych</w:t>
      </w:r>
      <w:proofErr w:type="spellEnd"/>
      <w:r w:rsidR="007E53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5366">
        <w:rPr>
          <w:rFonts w:ascii="Times New Roman" w:hAnsi="Times New Roman" w:cs="Times New Roman"/>
          <w:sz w:val="24"/>
          <w:szCs w:val="24"/>
        </w:rPr>
        <w:t>analizy</w:t>
      </w:r>
      <w:proofErr w:type="spellEnd"/>
      <w:r w:rsidR="007E53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366">
        <w:rPr>
          <w:rFonts w:ascii="Times New Roman" w:hAnsi="Times New Roman" w:cs="Times New Roman"/>
          <w:sz w:val="24"/>
          <w:szCs w:val="24"/>
        </w:rPr>
        <w:t>dostępnej</w:t>
      </w:r>
      <w:proofErr w:type="spellEnd"/>
      <w:r w:rsidR="007E53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366">
        <w:rPr>
          <w:rFonts w:ascii="Times New Roman" w:hAnsi="Times New Roman" w:cs="Times New Roman"/>
          <w:sz w:val="24"/>
          <w:szCs w:val="24"/>
        </w:rPr>
        <w:t>dokuemnatcji</w:t>
      </w:r>
      <w:proofErr w:type="spellEnd"/>
      <w:r w:rsidR="007E53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366">
        <w:rPr>
          <w:rFonts w:ascii="Times New Roman" w:hAnsi="Times New Roman" w:cs="Times New Roman"/>
          <w:sz w:val="24"/>
          <w:szCs w:val="24"/>
        </w:rPr>
        <w:t>szkolnej</w:t>
      </w:r>
      <w:proofErr w:type="spellEnd"/>
      <w:r w:rsidR="007E53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5366">
        <w:rPr>
          <w:rFonts w:ascii="Times New Roman" w:hAnsi="Times New Roman" w:cs="Times New Roman"/>
          <w:sz w:val="24"/>
          <w:szCs w:val="24"/>
        </w:rPr>
        <w:t>obowiazujacych</w:t>
      </w:r>
      <w:proofErr w:type="spellEnd"/>
      <w:r w:rsidR="007E53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366">
        <w:rPr>
          <w:rFonts w:ascii="Times New Roman" w:hAnsi="Times New Roman" w:cs="Times New Roman"/>
          <w:sz w:val="24"/>
          <w:szCs w:val="24"/>
        </w:rPr>
        <w:t>procedur</w:t>
      </w:r>
      <w:proofErr w:type="spellEnd"/>
      <w:r w:rsidRPr="002741CB">
        <w:rPr>
          <w:rFonts w:ascii="Times New Roman" w:hAnsi="Times New Roman" w:cs="Times New Roman"/>
          <w:sz w:val="24"/>
          <w:szCs w:val="24"/>
        </w:rPr>
        <w:t>.</w:t>
      </w:r>
    </w:p>
    <w:p w14:paraId="35116086" w14:textId="0E2D137E" w:rsidR="005F14F2" w:rsidRPr="002741CB" w:rsidRDefault="007E536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517654" wp14:editId="487C72B0">
                <wp:simplePos x="0" y="0"/>
                <wp:positionH relativeFrom="column">
                  <wp:posOffset>-199390</wp:posOffset>
                </wp:positionH>
                <wp:positionV relativeFrom="paragraph">
                  <wp:posOffset>4347210</wp:posOffset>
                </wp:positionV>
                <wp:extent cx="6648450" cy="0"/>
                <wp:effectExtent l="38100" t="38100" r="76200" b="95250"/>
                <wp:wrapNone/>
                <wp:docPr id="1146330864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B1A40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7pt,342.3pt" to="507.8pt,3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000000" w:rsidRPr="002741CB">
        <w:rPr>
          <w:rFonts w:ascii="Times New Roman" w:hAnsi="Times New Roman" w:cs="Times New Roman"/>
          <w:sz w:val="22"/>
        </w:rPr>
        <w:br w:type="page"/>
      </w:r>
    </w:p>
    <w:p w14:paraId="76B0BA0F" w14:textId="6FA85CD9" w:rsidR="005F14F2" w:rsidRPr="002741CB" w:rsidRDefault="002741CB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lastRenderedPageBreak/>
        <w:t>PODSTAWY PRAWNE I CEL AKTUALIZACJI</w:t>
      </w:r>
    </w:p>
    <w:p w14:paraId="74DED94B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Niniejsza aktualizacja została przygotowana w wykonaniu obowiązku wynikającego z art. 22c ust. 6 ustawy z dnia 13 maja 2016 r. o przeciwdziałaniu zagrożeniom przestępczością na tle seksualnym i ochronie małoletnich (t.j. Dz.U. z 2026 r. poz. 110), zgodnie z którym standardy podlegają ocenie co najmniej raz na dwa lata w celu zapewnienia ich dostosowania do aktualnych potrzeb i zgodności z obowiązującymi przepisami, a wnioski z oceny należy pisemnie udokumentować.</w:t>
      </w:r>
    </w:p>
    <w:p w14:paraId="2442F83A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Przy aktualizacji uwzględniono w szczególności:</w:t>
      </w:r>
    </w:p>
    <w:p w14:paraId="383984CA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ustawę z dnia 13 maja 2016 r. o przeciwdziałaniu zagrożeniom przestępczością na tle seksualnym i ochronie małoletnich (t.j. Dz.U. z 2026 r. poz. 110), w szczególności art. 21 oraz art. 22b–22c;</w:t>
      </w:r>
    </w:p>
    <w:p w14:paraId="11A80A4F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ustawę z dnia 29 lipca 2005 r. o przeciwdziałaniu przemocy domowej – w aktualnym brzmieniu;</w:t>
      </w:r>
    </w:p>
    <w:p w14:paraId="76A032C4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ustawę z dnia 14 grudnia 2016 r. – Prawo oświatowe – w aktualnym brzmieniu;</w:t>
      </w:r>
    </w:p>
    <w:p w14:paraId="7AC880A3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ustawę z dnia 26 stycznia 1982 r. – Karta Nauczyciela – w aktualnym brzmieniu;</w:t>
      </w:r>
    </w:p>
    <w:p w14:paraId="78FBDBBB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ustawę z dnia 10 maja 2018 r. o ochronie danych osobowych oraz rozporządzenie (UE) 2016/679 (RODO);</w:t>
      </w:r>
    </w:p>
    <w:p w14:paraId="71299223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Konwencję o prawach dziecka oraz Konwencję o prawach osób niepełnosprawnych;</w:t>
      </w:r>
    </w:p>
    <w:p w14:paraId="62D836A2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obowiązujące przepisy dotyczące procedury „Niebieskie Karty”.</w:t>
      </w:r>
    </w:p>
    <w:p w14:paraId="1BB4D0AD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W przypadku zmiany przepisów prawa pomiędzy kolejnymi okresowymi ocenami dyrektor może zarządzić wcześniejszy przegląd i aktualizację dokumentu.</w:t>
      </w:r>
    </w:p>
    <w:p w14:paraId="02B63EF0" w14:textId="76C01CBF" w:rsidR="005F14F2" w:rsidRPr="002741CB" w:rsidRDefault="002741CB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ROZDZIAŁ 1. POSTANOWIENIA OGÓLNE</w:t>
      </w:r>
    </w:p>
    <w:p w14:paraId="2499389C" w14:textId="431BD58E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 xml:space="preserve">1. </w:t>
      </w:r>
      <w:proofErr w:type="spellStart"/>
      <w:r w:rsidRPr="002741CB">
        <w:rPr>
          <w:rFonts w:ascii="Times New Roman" w:hAnsi="Times New Roman" w:cs="Times New Roman"/>
          <w:sz w:val="22"/>
        </w:rPr>
        <w:t>Najważniejszym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celem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Standardów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2741CB">
        <w:rPr>
          <w:rFonts w:ascii="Times New Roman" w:hAnsi="Times New Roman" w:cs="Times New Roman"/>
          <w:sz w:val="22"/>
        </w:rPr>
        <w:t>ochrona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małoletnich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przed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krzywdzeniem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zapewnienie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szybkiej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2741CB">
        <w:rPr>
          <w:rFonts w:ascii="Times New Roman" w:hAnsi="Times New Roman" w:cs="Times New Roman"/>
          <w:sz w:val="22"/>
        </w:rPr>
        <w:br/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adekwatnej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reakcji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na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zagrożenie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oraz budowanie bezpiecznego, dostępnego i przyjaznego środowiska szkoły.</w:t>
      </w:r>
    </w:p>
    <w:p w14:paraId="251D6DBA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2. Standardy stosuje cały personel Zespołu Szkół Specjalnych im. Marii Grzegorzewskiej w Zduńskiej Woli, niezależnie od podstawy zatrudnienia, a także wolontariusze, praktykanci i inne osoby dopuszczone do działalności związanej z małoletnimi.</w:t>
      </w:r>
    </w:p>
    <w:p w14:paraId="750733C3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3. Stosowanie Standardów uwzględnia sytuację dzieci z niepełnosprawnościami i specjalnymi potrzebami edukacyjnymi, w tym ich sposób komunikowania się, poziom rozumienia, potrzebę wsparcia osoby zaufanej oraz konieczność zapewnienia dostępnych form przekazywania informacji.</w:t>
      </w:r>
    </w:p>
    <w:p w14:paraId="3059ACB6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4. Standardy są udostępniane w wersji pełnej oraz skróconej, przeznaczonej dla małoletnich. Wersja skrócona powinna być opracowana językiem prostym, a w razie potrzeby także z wykorzystaniem AAC, piktogramów lub innych dostępnych form komunikacji.</w:t>
      </w:r>
    </w:p>
    <w:p w14:paraId="7B43991B" w14:textId="2F33E4E4" w:rsidR="005F14F2" w:rsidRPr="002741CB" w:rsidRDefault="002741CB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ROZDZIAŁ 2. DEFINICJE</w:t>
      </w:r>
    </w:p>
    <w:p w14:paraId="6B559C96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małoletni – </w:t>
      </w:r>
      <w:r w:rsidRPr="002741CB">
        <w:rPr>
          <w:rFonts w:ascii="Times New Roman" w:hAnsi="Times New Roman" w:cs="Times New Roman"/>
          <w:sz w:val="22"/>
        </w:rPr>
        <w:t>każda osoba, która nie ukończyła 18. roku życia;</w:t>
      </w:r>
    </w:p>
    <w:p w14:paraId="4E652964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personel – </w:t>
      </w:r>
      <w:r w:rsidRPr="002741CB">
        <w:rPr>
          <w:rFonts w:ascii="Times New Roman" w:hAnsi="Times New Roman" w:cs="Times New Roman"/>
          <w:sz w:val="22"/>
        </w:rPr>
        <w:t>każdy pracownik ZSS, bez względu na formę zatrudnienia, a także praktykant, wolontariusz lub inna osoba dopuszczona do kontaktu z małoletnimi;</w:t>
      </w:r>
    </w:p>
    <w:p w14:paraId="19F1C7C2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krzywdzenie – </w:t>
      </w:r>
      <w:r w:rsidRPr="002741CB">
        <w:rPr>
          <w:rFonts w:ascii="Times New Roman" w:hAnsi="Times New Roman" w:cs="Times New Roman"/>
          <w:sz w:val="22"/>
        </w:rPr>
        <w:t>działanie lub zaniechanie naruszające prawa lub dobra małoletniego, w szczególności przemoc fizyczna, psychiczna, seksualna, przemoc domowa, zaniedbanie, przemoc rówieśnicza, cyberprzemoc lub inne zachowanie zagrażające jego dobru;</w:t>
      </w:r>
    </w:p>
    <w:p w14:paraId="6B891C90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opiekun – </w:t>
      </w:r>
      <w:r w:rsidRPr="002741CB">
        <w:rPr>
          <w:rFonts w:ascii="Times New Roman" w:hAnsi="Times New Roman" w:cs="Times New Roman"/>
          <w:sz w:val="22"/>
        </w:rPr>
        <w:t>rodzic, opiekun prawny albo – w zakresie wynikającym z przepisów – opiekun faktyczny;</w:t>
      </w:r>
    </w:p>
    <w:p w14:paraId="0619BE45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lastRenderedPageBreak/>
        <w:t xml:space="preserve">osoba odpowiedzialna za Standardy – </w:t>
      </w:r>
      <w:r w:rsidRPr="002741CB">
        <w:rPr>
          <w:rFonts w:ascii="Times New Roman" w:hAnsi="Times New Roman" w:cs="Times New Roman"/>
          <w:sz w:val="22"/>
        </w:rPr>
        <w:t>osoba lub zespół wyznaczony przez dyrektora do monitorowania realizacji, organizowania przeglądu i przygotowywania propozycji aktualizacji Standardów;</w:t>
      </w:r>
    </w:p>
    <w:p w14:paraId="24A51D95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plan wsparcia – </w:t>
      </w:r>
      <w:r w:rsidRPr="002741CB">
        <w:rPr>
          <w:rFonts w:ascii="Times New Roman" w:hAnsi="Times New Roman" w:cs="Times New Roman"/>
          <w:sz w:val="22"/>
        </w:rPr>
        <w:t>zestaw działań służących zapewnieniu małoletniemu bezpieczeństwa i pomocy po ujawnieniu krzywdzenia.</w:t>
      </w:r>
    </w:p>
    <w:p w14:paraId="6D6C9FAA" w14:textId="70DF2A0D" w:rsidR="005F14F2" w:rsidRPr="002741CB" w:rsidRDefault="002741CB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ROZDZIAŁ 3. STANDARDY OCHRONY MAŁOLETNICH</w:t>
      </w:r>
    </w:p>
    <w:p w14:paraId="7B3621FC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Standard I. Dostępność i znajomość Standardów</w:t>
      </w:r>
    </w:p>
    <w:p w14:paraId="66C2A9AB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Dokument jest wprowadzony do stosowania zarządzeniem dyrektora.</w:t>
      </w:r>
    </w:p>
    <w:p w14:paraId="54F3FF54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Pełna i skrócona wersja Standardów są udostępniane na stronie internetowej szkoły i w widocznym miejscu w budynku.</w:t>
      </w:r>
    </w:p>
    <w:p w14:paraId="2F971D2C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Rodzice/opiekunowie są informowani o Standardach podczas zebrań, konsultacji i przez przyjęte kanały komunikacji.</w:t>
      </w:r>
    </w:p>
    <w:p w14:paraId="5346EACA" w14:textId="3C5D165B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proofErr w:type="spellStart"/>
      <w:r w:rsidRPr="002741CB">
        <w:rPr>
          <w:rFonts w:ascii="Times New Roman" w:hAnsi="Times New Roman" w:cs="Times New Roman"/>
          <w:sz w:val="22"/>
        </w:rPr>
        <w:t>Uczniowie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są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zapoznawani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741CB">
        <w:rPr>
          <w:rFonts w:ascii="Times New Roman" w:hAnsi="Times New Roman" w:cs="Times New Roman"/>
          <w:sz w:val="22"/>
        </w:rPr>
        <w:t>zasadami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741CB">
        <w:rPr>
          <w:rFonts w:ascii="Times New Roman" w:hAnsi="Times New Roman" w:cs="Times New Roman"/>
          <w:sz w:val="22"/>
        </w:rPr>
        <w:t>formie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dostosowanej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do ich </w:t>
      </w:r>
      <w:proofErr w:type="spellStart"/>
      <w:r w:rsidRPr="002741CB">
        <w:rPr>
          <w:rFonts w:ascii="Times New Roman" w:hAnsi="Times New Roman" w:cs="Times New Roman"/>
          <w:sz w:val="22"/>
        </w:rPr>
        <w:t>wieku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możliwości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poznawczych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2741CB">
        <w:rPr>
          <w:rFonts w:ascii="Times New Roman" w:hAnsi="Times New Roman" w:cs="Times New Roman"/>
          <w:sz w:val="22"/>
        </w:rPr>
        <w:br/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komunikacyjnych</w:t>
      </w:r>
      <w:proofErr w:type="spellEnd"/>
      <w:r w:rsidRPr="002741CB">
        <w:rPr>
          <w:rFonts w:ascii="Times New Roman" w:hAnsi="Times New Roman" w:cs="Times New Roman"/>
          <w:sz w:val="22"/>
        </w:rPr>
        <w:t>.</w:t>
      </w:r>
    </w:p>
    <w:p w14:paraId="62AA1E00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Standard II. Bezpieczny personel i przygotowanie do stosowania Standardów</w:t>
      </w:r>
    </w:p>
    <w:p w14:paraId="334DBEF1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Przed dopuszczeniem osoby do działalności związanej z małoletnimi dyrektor realizuje obowiązki weryfikacyjne wynikające z aktualnych przepisów, w tym w Rejestrze Sprawców Przestępstw na Tle Seksualnym oraz w zakresie wymaganych informacji o niekaralności.</w:t>
      </w:r>
    </w:p>
    <w:p w14:paraId="48A2EE54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Dyrektor wyznacza osobę/osoby odpowiedzialne za przygotowanie personelu do stosowania Standardów i dokumentowanie tego przygotowania.</w:t>
      </w:r>
    </w:p>
    <w:p w14:paraId="2D9DF0FF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Każdy pracownik potwierdza zapoznanie się ze Standardami; osoby nowo zatrudnione, wracające po dłuższej nieobecności lub zatrudnione czasowo są obejmowane instruktażem.</w:t>
      </w:r>
    </w:p>
    <w:p w14:paraId="1F33305E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Szkoła organizuje okresowe przypomnienia i szkolenia, w tym analizę przykładowych sytuacji interwencyjnych.</w:t>
      </w:r>
    </w:p>
    <w:p w14:paraId="09D355CD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Standard III. Bezpieczne relacje personel–małoletni</w:t>
      </w:r>
    </w:p>
    <w:p w14:paraId="0B8F502D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Relacje opierają się na szacunku, poszanowaniu godności, prywatności, autonomii i potrzeb małoletniego.</w:t>
      </w:r>
    </w:p>
    <w:p w14:paraId="14037264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Niedopuszczalne są: przemoc fizyczna lub psychiczna, poniżanie, ośmieszanie, grożenie, dyskryminacja, seksualizacja relacji, naruszanie intymności, nieuzasadnione kontakty prywatne oraz inne zachowania przekraczające granice zawodowe.</w:t>
      </w:r>
    </w:p>
    <w:p w14:paraId="634827F7" w14:textId="0A98BC04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proofErr w:type="spellStart"/>
      <w:r w:rsidRPr="002741CB">
        <w:rPr>
          <w:rFonts w:ascii="Times New Roman" w:hAnsi="Times New Roman" w:cs="Times New Roman"/>
          <w:sz w:val="22"/>
        </w:rPr>
        <w:t>Kontakt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fizyczny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może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mieć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miejsce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wyłącznie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gdy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2741CB">
        <w:rPr>
          <w:rFonts w:ascii="Times New Roman" w:hAnsi="Times New Roman" w:cs="Times New Roman"/>
          <w:sz w:val="22"/>
        </w:rPr>
        <w:t>uzasadniony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potrzebami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dziecka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bezpieczeństwem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czynnościami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opiekuńczymi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higienicznymi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zdrowotnymi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lub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edukacyjnymi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2741CB">
        <w:rPr>
          <w:rFonts w:ascii="Times New Roman" w:hAnsi="Times New Roman" w:cs="Times New Roman"/>
          <w:sz w:val="22"/>
        </w:rPr>
        <w:br/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odbywa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się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741CB">
        <w:rPr>
          <w:rFonts w:ascii="Times New Roman" w:hAnsi="Times New Roman" w:cs="Times New Roman"/>
          <w:sz w:val="22"/>
        </w:rPr>
        <w:t>poszanowaniem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godności oraz – na miarę możliwości – zgody/komunikatu dziecka.</w:t>
      </w:r>
    </w:p>
    <w:p w14:paraId="62320D10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W przypadku uczniów wymagających wsparcia w czynnościach samoobsługowych personel stosuje zasady ochrony intymności i minimalizacji ingerencji.</w:t>
      </w:r>
    </w:p>
    <w:p w14:paraId="352C12F4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Standard IV. Bezpieczne relacje między małoletnimi</w:t>
      </w:r>
    </w:p>
    <w:p w14:paraId="76DFE2F2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Szkoła przeciwdziała przemocy rówieśniczej, wykluczaniu, poniżaniu, przemocy seksualnej, wymuszeniom i cyberprzemocy.</w:t>
      </w:r>
    </w:p>
    <w:p w14:paraId="0612429F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Uczniowie są uczeni sposobów zgłaszania zagrożeń i szukania pomocy.</w:t>
      </w:r>
    </w:p>
    <w:p w14:paraId="05928609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lastRenderedPageBreak/>
        <w:t>Każde zgłoszenie jest przyjmowane poważnie, a małoletni otrzymuje informację – w zakresie możliwym i bezpiecznym – że jego zgłoszenie zostało podjęte.</w:t>
      </w:r>
    </w:p>
    <w:p w14:paraId="612CCA8E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Standard V. Interwencja i wsparcie po ujawnieniu krzywdzenia</w:t>
      </w:r>
    </w:p>
    <w:p w14:paraId="0E6387C6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Pracownik, który podejrzewa krzywdzenie lub uzyskał taką informację, niezwłocznie zabezpiecza dobro dziecka, sporządza notatkę służbową i przekazuje informację osobie wskazanej w procedurze.</w:t>
      </w:r>
    </w:p>
    <w:p w14:paraId="1B5C76C5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W zależności od charakteru zdarzenia podejmowane są działania wewnętrzne i/lub zawiadamiane są właściwe organy: Policja/prokuratura, sąd opiekuńczy, właściwe służby pomocy społecznej albo uruchamiana jest procedura „Niebieskie Karty”.</w:t>
      </w:r>
    </w:p>
    <w:p w14:paraId="4545341D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Po ujawnieniu krzywdzenia ustala się plan wsparcia małoletniego, uwzględniający bezpieczeństwo, wsparcie psychologiczno-pedagogiczne, współpracę z opiekunami – o ile nie zagraża to dziecku – oraz ewentualne skierowanie do specjalistycznej pomocy.</w:t>
      </w:r>
    </w:p>
    <w:p w14:paraId="0AED207E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Przebieg interwencji jest dokumentowany w karcie interwencji i rejestrze zdarzeń.</w:t>
      </w:r>
    </w:p>
    <w:p w14:paraId="46044116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Standard VI. Bezpieczeństwo cyfrowe i ochrona przed treściami szkodliwymi</w:t>
      </w:r>
    </w:p>
    <w:p w14:paraId="2C41D57D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Szkoła określa zasady korzystania z urządzeń elektronicznych z dostępem do Internetu.</w:t>
      </w:r>
    </w:p>
    <w:p w14:paraId="74A7F6D9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Stosuje rozwiązania organizacyjne i techniczne ograniczające dostęp do treści szkodliwych, a personel reaguje na cyberprzemoc, uwodzenie online, rozpowszechnianie wizerunku bez zgody i inne zagrożenia cyfrowe.</w:t>
      </w:r>
    </w:p>
    <w:p w14:paraId="6AB5C5E3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Uczniowie i rodzice otrzymują informacje o zasadach bezpiecznego korzystania z Internetu.</w:t>
      </w:r>
    </w:p>
    <w:p w14:paraId="5A757466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Standard VII. Ochrona wizerunku, prywatności i danych</w:t>
      </w:r>
    </w:p>
    <w:p w14:paraId="66FF4C36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Utrwalanie i publikowanie wizerunku małoletniego odbywa się zgodnie z prawem, zasadami ochrony danych i wewnętrznymi procedurami szkoły.</w:t>
      </w:r>
    </w:p>
    <w:p w14:paraId="6B1BA7AE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Nie ujawnia się informacji pozwalających niepotrzebnie identyfikować małoletniego, jego miejsca zamieszkania, sytuacji rodzinnej, zdrowotnej ani innych danych wrażliwych.</w:t>
      </w:r>
    </w:p>
    <w:p w14:paraId="1EFCA5EA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Dostęp do dokumentacji interwencyjnej mają wyłącznie osoby upoważnione.</w:t>
      </w:r>
    </w:p>
    <w:p w14:paraId="5D75C478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Standard VIII. Monitorowanie, ocena i aktualizacja</w:t>
      </w:r>
    </w:p>
    <w:p w14:paraId="09FF0DDB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Realizacja Standardów jest monitorowana na bieżąco.</w:t>
      </w:r>
    </w:p>
    <w:p w14:paraId="18C3515E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Co najmniej raz na dwa lata przeprowadza się formalną ocenę Standardów; ocena może obejmować analizę dokumentacji, ankiety, rozmowy, wnioski z interwencji, skargi, obserwacje i zmiany prawa.</w:t>
      </w:r>
    </w:p>
    <w:p w14:paraId="18154F94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Wnioski z oceny są dokumentowane pisemnie i stanowią podstawę do aktualizacji dokumentu.</w:t>
      </w:r>
    </w:p>
    <w:p w14:paraId="049A9EBC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Po aktualizacji personel, uczniowie i rodzice/opiekunowie są informowani o zmianach, a zaktualizowane wersje są ponownie udostępniane.</w:t>
      </w:r>
    </w:p>
    <w:p w14:paraId="3AC84E17" w14:textId="3EB1AEE7" w:rsidR="005F14F2" w:rsidRPr="002741CB" w:rsidRDefault="002741CB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ROZDZIAŁ 4. PROCEDURA INTERWENCJI W PRZYPADKU PODEJRZENIA KRZYWDZENIA</w:t>
      </w:r>
    </w:p>
    <w:p w14:paraId="5A4BC59E" w14:textId="77777777" w:rsidR="002741CB" w:rsidRDefault="00000000">
      <w:pPr>
        <w:pStyle w:val="Listanumerowana"/>
        <w:spacing w:after="40"/>
        <w:rPr>
          <w:rFonts w:ascii="Times New Roman" w:hAnsi="Times New Roman" w:cs="Times New Roman"/>
          <w:sz w:val="22"/>
        </w:rPr>
      </w:pPr>
      <w:proofErr w:type="spellStart"/>
      <w:r w:rsidRPr="002741CB">
        <w:rPr>
          <w:rFonts w:ascii="Times New Roman" w:hAnsi="Times New Roman" w:cs="Times New Roman"/>
          <w:sz w:val="22"/>
        </w:rPr>
        <w:t>Każdy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pracownik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który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podejrzewa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że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małoletni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2741CB">
        <w:rPr>
          <w:rFonts w:ascii="Times New Roman" w:hAnsi="Times New Roman" w:cs="Times New Roman"/>
          <w:sz w:val="22"/>
        </w:rPr>
        <w:t>krzywdzony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lub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uzyskał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informację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2741CB">
        <w:rPr>
          <w:rFonts w:ascii="Times New Roman" w:hAnsi="Times New Roman" w:cs="Times New Roman"/>
          <w:sz w:val="22"/>
        </w:rPr>
        <w:br/>
      </w:r>
      <w:r w:rsidRPr="002741CB">
        <w:rPr>
          <w:rFonts w:ascii="Times New Roman" w:hAnsi="Times New Roman" w:cs="Times New Roman"/>
          <w:sz w:val="22"/>
        </w:rPr>
        <w:t xml:space="preserve">o </w:t>
      </w:r>
      <w:proofErr w:type="spellStart"/>
      <w:r w:rsidRPr="002741CB">
        <w:rPr>
          <w:rFonts w:ascii="Times New Roman" w:hAnsi="Times New Roman" w:cs="Times New Roman"/>
          <w:sz w:val="22"/>
        </w:rPr>
        <w:t>krzywdzeniu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zapewnia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dziecku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bezpieczeństwo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adekwatnie do sytuacji, sporządza notatkę służbową </w:t>
      </w:r>
    </w:p>
    <w:p w14:paraId="3168A03F" w14:textId="41544E47" w:rsidR="005F14F2" w:rsidRPr="002741CB" w:rsidRDefault="00000000" w:rsidP="002741CB">
      <w:pPr>
        <w:pStyle w:val="Listanumerowana"/>
        <w:numPr>
          <w:ilvl w:val="0"/>
          <w:numId w:val="0"/>
        </w:numPr>
        <w:spacing w:after="40"/>
        <w:ind w:left="360"/>
        <w:rPr>
          <w:rFonts w:ascii="Times New Roman" w:hAnsi="Times New Roman" w:cs="Times New Roman"/>
          <w:sz w:val="22"/>
        </w:rPr>
      </w:pP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przekazuje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informację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wychowawcy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pedagogowi</w:t>
      </w:r>
      <w:proofErr w:type="spellEnd"/>
      <w:r w:rsidRPr="002741CB">
        <w:rPr>
          <w:rFonts w:ascii="Times New Roman" w:hAnsi="Times New Roman" w:cs="Times New Roman"/>
          <w:sz w:val="22"/>
        </w:rPr>
        <w:t>, psychologowi lub dyrektorowi – zgodnie z przyjętym podziałem odpowiedzialności.</w:t>
      </w:r>
    </w:p>
    <w:p w14:paraId="15D86D34" w14:textId="77777777" w:rsidR="005F14F2" w:rsidRPr="002741CB" w:rsidRDefault="00000000">
      <w:pPr>
        <w:pStyle w:val="Listanumer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Pedagog/psycholog lub inna osoba wyznaczona przez dyrektora dokonuje wstępnego rozpoznania sytuacji, prowadzi rozmowy w zakresie niezbędnym do ochrony dziecka i ustala dalsze działania.</w:t>
      </w:r>
    </w:p>
    <w:p w14:paraId="2AE20EFA" w14:textId="77777777" w:rsidR="005F14F2" w:rsidRPr="002741CB" w:rsidRDefault="00000000">
      <w:pPr>
        <w:pStyle w:val="Listanumer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Jeżeli charakter sprawy tego wymaga, dyrektor powołuje zespół interwencyjny. Zespół ustala plan wsparcia dziecka.</w:t>
      </w:r>
    </w:p>
    <w:p w14:paraId="3D65514E" w14:textId="77777777" w:rsidR="005F14F2" w:rsidRPr="002741CB" w:rsidRDefault="00000000">
      <w:pPr>
        <w:pStyle w:val="Listanumer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lastRenderedPageBreak/>
        <w:t>Kontakt z rodzicami/opiekunami prowadzi się z uwzględnieniem bezpieczeństwa małoletniego. Jeżeli podejrzenie dotyczy osoby z rodziny lub przekazanie informacji mogłoby zwiększyć zagrożenie, sposób i moment kontaktu ustala osoba prowadząca interwencję z dyrektorem.</w:t>
      </w:r>
    </w:p>
    <w:p w14:paraId="72ECF7EC" w14:textId="77777777" w:rsidR="005F14F2" w:rsidRPr="002741CB" w:rsidRDefault="00000000">
      <w:pPr>
        <w:pStyle w:val="Listanumer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W razie podejrzenia popełnienia przestępstwa na szkodę małoletniego dyrektor lub osoba przez niego upoważniona składa zawiadomienie do Policji lub prokuratury. W razie potrzeby zawiadamia się sąd opiekuńczy. W przypadkach spełniających przesłanki przemocy domowej uprawniony pracownik wszczyna procedurę „Niebieskie Karty”.</w:t>
      </w:r>
    </w:p>
    <w:p w14:paraId="07F009BB" w14:textId="27E937B6" w:rsidR="005F14F2" w:rsidRPr="002741CB" w:rsidRDefault="00000000">
      <w:pPr>
        <w:pStyle w:val="Listanumer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 xml:space="preserve">Z </w:t>
      </w:r>
      <w:proofErr w:type="spellStart"/>
      <w:r w:rsidRPr="002741CB">
        <w:rPr>
          <w:rFonts w:ascii="Times New Roman" w:hAnsi="Times New Roman" w:cs="Times New Roman"/>
          <w:sz w:val="22"/>
        </w:rPr>
        <w:t>przebiegu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interwencji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sporządza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się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kartę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interwencji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2741CB">
        <w:rPr>
          <w:rFonts w:ascii="Times New Roman" w:hAnsi="Times New Roman" w:cs="Times New Roman"/>
          <w:sz w:val="22"/>
        </w:rPr>
        <w:t>dokumentację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przechowuje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się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zgodnie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2741CB">
        <w:rPr>
          <w:rFonts w:ascii="Times New Roman" w:hAnsi="Times New Roman" w:cs="Times New Roman"/>
          <w:sz w:val="22"/>
        </w:rPr>
        <w:br/>
      </w:r>
      <w:r w:rsidRPr="002741CB">
        <w:rPr>
          <w:rFonts w:ascii="Times New Roman" w:hAnsi="Times New Roman" w:cs="Times New Roman"/>
          <w:sz w:val="22"/>
        </w:rPr>
        <w:t xml:space="preserve">z </w:t>
      </w:r>
      <w:proofErr w:type="spellStart"/>
      <w:r w:rsidRPr="002741CB">
        <w:rPr>
          <w:rFonts w:ascii="Times New Roman" w:hAnsi="Times New Roman" w:cs="Times New Roman"/>
          <w:sz w:val="22"/>
        </w:rPr>
        <w:t>zasadami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ochrony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danych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instrukcją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kancelaryjną i archiwalną.</w:t>
      </w:r>
    </w:p>
    <w:p w14:paraId="1EB1FB1D" w14:textId="77777777" w:rsidR="005F14F2" w:rsidRPr="002741CB" w:rsidRDefault="00000000">
      <w:pPr>
        <w:pStyle w:val="Listanumer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Wszyscy uczestnicy interwencji zachowują poufność, z wyjątkiem informacji przekazywanych uprawnionym organom i osobom w celu ochrony małoletniego.</w:t>
      </w:r>
    </w:p>
    <w:p w14:paraId="2CFB5982" w14:textId="74C657D8" w:rsidR="005F14F2" w:rsidRPr="002741CB" w:rsidRDefault="002741CB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ROZDZIAŁ 5. PLAN WSPARCIA MAŁOLETNIEGO</w:t>
      </w:r>
    </w:p>
    <w:p w14:paraId="41A59F20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Plan wsparcia ustala się po ujawnieniu krzywdzenia, odpowiednio do potrzeb i możliwości małoletniego. Powinien on określać co najmniej:</w:t>
      </w:r>
    </w:p>
    <w:p w14:paraId="09D672BC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działania zapewniające bezpośrednie bezpieczeństwo;</w:t>
      </w:r>
    </w:p>
    <w:p w14:paraId="02FC3D30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osobę/osoby odpowiedzialne za kontakt i wsparcie dziecka;</w:t>
      </w:r>
    </w:p>
    <w:p w14:paraId="21C41855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formy pomocy psychologiczno-pedagogicznej i – w razie potrzeby – specjalistycznej;</w:t>
      </w:r>
    </w:p>
    <w:p w14:paraId="7AE629B4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sposób współpracy z rodzicami/opiekunami, jeżeli jest to bezpieczne dla dziecka;</w:t>
      </w:r>
    </w:p>
    <w:p w14:paraId="6ADAD167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potrzebne dostosowania wynikające z niepełnosprawności, SPE lub sposobu komunikacji;</w:t>
      </w:r>
    </w:p>
    <w:p w14:paraId="67A055BA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termin przeglądu skuteczności udzielonego wsparcia.</w:t>
      </w:r>
    </w:p>
    <w:p w14:paraId="0D059D69" w14:textId="3C62FA7A" w:rsidR="005F14F2" w:rsidRPr="002741CB" w:rsidRDefault="002741CB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ROZDZIAŁ 6. ZASADY UDOSTĘPNIANIA I KOMUNIKOWANIA STANDARDÓW</w:t>
      </w:r>
    </w:p>
    <w:p w14:paraId="2B747AA5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Pełna wersja Standardów jest dostępna na stronie internetowej szkoły i w siedzibie placówki.</w:t>
      </w:r>
    </w:p>
    <w:p w14:paraId="2E91D9F1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Wersja skrócona dla małoletnich jest wywieszona w miejscu dostępnym uczniom i przekazywana w formie dostosowanej do ich możliwości rozumienia.</w:t>
      </w:r>
    </w:p>
    <w:p w14:paraId="2C62CFC3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Na początku każdego roku szkolnego wychowawcy przypominają uczniom, gdzie i u kogo można zgłaszać problemy.</w:t>
      </w:r>
    </w:p>
    <w:p w14:paraId="65C9442E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Rodzicom/opiekunom przypomina się o Standardach co najmniej raz w roku szkolnym oraz po istotnej aktualizacji.</w:t>
      </w:r>
    </w:p>
    <w:p w14:paraId="75497877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Informacja zawiera aktualne wskazanie osób/funkcji odpowiedzialnych za przyjmowanie zgłoszeń i udzielanie wsparcia.</w:t>
      </w:r>
    </w:p>
    <w:p w14:paraId="1E9F72AE" w14:textId="5D51772A" w:rsidR="005F14F2" w:rsidRPr="002741CB" w:rsidRDefault="00651809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ROZDZIAŁ 7. PRZEGLĄD I AKTUALIZACJA STANDARDÓW</w:t>
      </w:r>
    </w:p>
    <w:p w14:paraId="65FF4404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Za organizację przeglądu odpowiada dyrektor lub wyznaczony przez niego zespół/osoba.</w:t>
      </w:r>
    </w:p>
    <w:p w14:paraId="0CE1403F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Formalna ocena jest przeprowadzana nie rzadziej niż raz na dwa lata, a także wcześniej, gdy wymagają tego zmiany prawa, doświadczenia z interwencji, wyniki kontroli lub potrzeby społeczności szkolnej.</w:t>
      </w:r>
    </w:p>
    <w:p w14:paraId="386A6EDA" w14:textId="19556964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proofErr w:type="spellStart"/>
      <w:r w:rsidRPr="002741CB">
        <w:rPr>
          <w:rFonts w:ascii="Times New Roman" w:hAnsi="Times New Roman" w:cs="Times New Roman"/>
          <w:sz w:val="22"/>
        </w:rPr>
        <w:t>Ocena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obejmuje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741CB">
        <w:rPr>
          <w:rFonts w:ascii="Times New Roman" w:hAnsi="Times New Roman" w:cs="Times New Roman"/>
          <w:sz w:val="22"/>
        </w:rPr>
        <w:t>szczególności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: </w:t>
      </w:r>
      <w:proofErr w:type="spellStart"/>
      <w:r w:rsidRPr="002741CB">
        <w:rPr>
          <w:rFonts w:ascii="Times New Roman" w:hAnsi="Times New Roman" w:cs="Times New Roman"/>
          <w:sz w:val="22"/>
        </w:rPr>
        <w:t>zgodność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741CB">
        <w:rPr>
          <w:rFonts w:ascii="Times New Roman" w:hAnsi="Times New Roman" w:cs="Times New Roman"/>
          <w:sz w:val="22"/>
        </w:rPr>
        <w:t>prawem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adekwatność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procedur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741CB">
        <w:rPr>
          <w:rFonts w:ascii="Times New Roman" w:hAnsi="Times New Roman" w:cs="Times New Roman"/>
          <w:sz w:val="22"/>
        </w:rPr>
        <w:t>realiów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ZSS, </w:t>
      </w:r>
      <w:proofErr w:type="spellStart"/>
      <w:r w:rsidRPr="002741CB">
        <w:rPr>
          <w:rFonts w:ascii="Times New Roman" w:hAnsi="Times New Roman" w:cs="Times New Roman"/>
          <w:sz w:val="22"/>
        </w:rPr>
        <w:t>dostępność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dla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uczniów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741CB">
        <w:rPr>
          <w:rFonts w:ascii="Times New Roman" w:hAnsi="Times New Roman" w:cs="Times New Roman"/>
          <w:sz w:val="22"/>
        </w:rPr>
        <w:t>niepełnosprawnościami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SPE, </w:t>
      </w:r>
      <w:proofErr w:type="spellStart"/>
      <w:r w:rsidRPr="002741CB">
        <w:rPr>
          <w:rFonts w:ascii="Times New Roman" w:hAnsi="Times New Roman" w:cs="Times New Roman"/>
          <w:sz w:val="22"/>
        </w:rPr>
        <w:t>znajomość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zasad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przez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personel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uczniów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651809">
        <w:rPr>
          <w:rFonts w:ascii="Times New Roman" w:hAnsi="Times New Roman" w:cs="Times New Roman"/>
          <w:sz w:val="22"/>
        </w:rPr>
        <w:br/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rodziców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skuteczność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kanałów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zgłaszania</w:t>
      </w:r>
      <w:proofErr w:type="spellEnd"/>
      <w:r w:rsidRPr="002741CB">
        <w:rPr>
          <w:rFonts w:ascii="Times New Roman" w:hAnsi="Times New Roman" w:cs="Times New Roman"/>
          <w:sz w:val="22"/>
        </w:rPr>
        <w:t>, sposób dokumentowania interwencji oraz bezpieczeństwo cyfrowe.</w:t>
      </w:r>
    </w:p>
    <w:p w14:paraId="662B8359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lastRenderedPageBreak/>
        <w:t>Wnioski z oceny sporządza się w formie pisemnej. Propozycje zmian zatwierdza dyrektor w trybie przyjętym w placówce.</w:t>
      </w:r>
    </w:p>
    <w:p w14:paraId="2E5AEB96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Datę przeglądu, skład zespołu, wykorzystane źródła, ustalenia, wnioski i działania naprawcze dokumentuje się w arkuszu/protokole oceny.</w:t>
      </w:r>
    </w:p>
    <w:p w14:paraId="710CB5CD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br w:type="page"/>
      </w:r>
    </w:p>
    <w:p w14:paraId="0FA77149" w14:textId="7E684AB1" w:rsidR="005F14F2" w:rsidRPr="002741CB" w:rsidRDefault="00000000" w:rsidP="00651809">
      <w:pPr>
        <w:pStyle w:val="Nagwek1"/>
        <w:jc w:val="center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lastRenderedPageBreak/>
        <w:t>CZĘŚĆ II.</w:t>
      </w:r>
      <w:r w:rsidR="00651809">
        <w:rPr>
          <w:rFonts w:ascii="Times New Roman" w:hAnsi="Times New Roman" w:cs="Times New Roman"/>
          <w:sz w:val="22"/>
          <w:szCs w:val="22"/>
        </w:rPr>
        <w:br/>
      </w:r>
      <w:r w:rsidRPr="002741CB">
        <w:rPr>
          <w:rFonts w:ascii="Times New Roman" w:hAnsi="Times New Roman" w:cs="Times New Roman"/>
          <w:sz w:val="22"/>
          <w:szCs w:val="22"/>
        </w:rPr>
        <w:t xml:space="preserve">PISEMNA OCENA STANDARDÓW OCHRONY MAŁOLETNICH – </w:t>
      </w:r>
      <w:proofErr w:type="spellStart"/>
      <w:r w:rsidR="002741CB" w:rsidRPr="002741CB">
        <w:rPr>
          <w:rFonts w:ascii="Times New Roman" w:hAnsi="Times New Roman" w:cs="Times New Roman"/>
          <w:sz w:val="22"/>
          <w:szCs w:val="22"/>
        </w:rPr>
        <w:t>sierpień</w:t>
      </w:r>
      <w:proofErr w:type="spellEnd"/>
      <w:r w:rsidR="002741CB" w:rsidRPr="002741CB">
        <w:rPr>
          <w:rFonts w:ascii="Times New Roman" w:hAnsi="Times New Roman" w:cs="Times New Roman"/>
          <w:sz w:val="22"/>
          <w:szCs w:val="22"/>
        </w:rPr>
        <w:t xml:space="preserve"> </w:t>
      </w:r>
      <w:r w:rsidRPr="002741CB">
        <w:rPr>
          <w:rFonts w:ascii="Times New Roman" w:hAnsi="Times New Roman" w:cs="Times New Roman"/>
          <w:sz w:val="22"/>
          <w:szCs w:val="22"/>
        </w:rPr>
        <w:t>2026</w:t>
      </w:r>
    </w:p>
    <w:p w14:paraId="25B1C215" w14:textId="5B91BFF2" w:rsidR="005F14F2" w:rsidRPr="00651809" w:rsidRDefault="00651809" w:rsidP="00651809">
      <w:pPr>
        <w:spacing w:after="80" w:line="259" w:lineRule="auto"/>
        <w:jc w:val="center"/>
        <w:rPr>
          <w:rFonts w:ascii="Times New Roman" w:hAnsi="Times New Roman" w:cs="Times New Roman"/>
          <w:color w:val="004F88"/>
          <w:sz w:val="22"/>
        </w:rPr>
      </w:pPr>
      <w:r w:rsidRPr="00651809">
        <w:rPr>
          <w:rFonts w:ascii="Times New Roman" w:hAnsi="Times New Roman" w:cs="Times New Roman"/>
          <w:b/>
          <w:color w:val="004F88"/>
          <w:sz w:val="22"/>
        </w:rPr>
        <w:t>ZESPÓŁ SZKÓŁ SPECJALNYCH IM. MARII GRZEGORZEWSKIEJ W ZDUŃSKIEJ WOLI</w:t>
      </w:r>
    </w:p>
    <w:p w14:paraId="463D03BC" w14:textId="77777777" w:rsidR="00651809" w:rsidRDefault="00651809">
      <w:pPr>
        <w:spacing w:after="80" w:line="259" w:lineRule="auto"/>
        <w:rPr>
          <w:rFonts w:ascii="Times New Roman" w:hAnsi="Times New Roman" w:cs="Times New Roman"/>
          <w:sz w:val="22"/>
        </w:rPr>
      </w:pPr>
    </w:p>
    <w:p w14:paraId="2F6F5AD3" w14:textId="4FB9E832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proofErr w:type="spellStart"/>
      <w:r w:rsidRPr="00C05316">
        <w:rPr>
          <w:rFonts w:ascii="Times New Roman" w:hAnsi="Times New Roman" w:cs="Times New Roman"/>
          <w:b/>
          <w:bCs/>
          <w:i/>
          <w:iCs/>
          <w:sz w:val="22"/>
        </w:rPr>
        <w:t>Podstawa</w:t>
      </w:r>
      <w:proofErr w:type="spellEnd"/>
      <w:r w:rsidR="00651809" w:rsidRPr="00C05316">
        <w:rPr>
          <w:rFonts w:ascii="Times New Roman" w:hAnsi="Times New Roman" w:cs="Times New Roman"/>
          <w:b/>
          <w:bCs/>
          <w:i/>
          <w:iCs/>
          <w:sz w:val="22"/>
        </w:rPr>
        <w:t xml:space="preserve"> </w:t>
      </w:r>
      <w:proofErr w:type="spellStart"/>
      <w:r w:rsidR="00651809" w:rsidRPr="00C05316">
        <w:rPr>
          <w:rFonts w:ascii="Times New Roman" w:hAnsi="Times New Roman" w:cs="Times New Roman"/>
          <w:b/>
          <w:bCs/>
          <w:i/>
          <w:iCs/>
          <w:sz w:val="22"/>
        </w:rPr>
        <w:t>prawna</w:t>
      </w:r>
      <w:proofErr w:type="spellEnd"/>
      <w:r w:rsidRPr="00C05316">
        <w:rPr>
          <w:rFonts w:ascii="Times New Roman" w:hAnsi="Times New Roman" w:cs="Times New Roman"/>
          <w:b/>
          <w:bCs/>
          <w:sz w:val="22"/>
        </w:rPr>
        <w:t>:</w:t>
      </w:r>
      <w:r w:rsidRPr="002741CB">
        <w:rPr>
          <w:rFonts w:ascii="Times New Roman" w:hAnsi="Times New Roman" w:cs="Times New Roman"/>
          <w:sz w:val="22"/>
        </w:rPr>
        <w:t xml:space="preserve"> art. 22c ust. 6 ustawy z dnia 13 maja 2016 r. o przeciwdziałaniu zagrożeniom przestępczością na tle seksualnym i ochronie małoletnich (t.j. Dz.U. z 2026 r. poz. 110).</w:t>
      </w:r>
    </w:p>
    <w:p w14:paraId="5DFC1729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C05316">
        <w:rPr>
          <w:rFonts w:ascii="Times New Roman" w:hAnsi="Times New Roman" w:cs="Times New Roman"/>
          <w:b/>
          <w:bCs/>
          <w:i/>
          <w:iCs/>
          <w:sz w:val="22"/>
        </w:rPr>
        <w:t>Zakres oceny</w:t>
      </w:r>
      <w:r w:rsidRPr="002741CB">
        <w:rPr>
          <w:rFonts w:ascii="Times New Roman" w:hAnsi="Times New Roman" w:cs="Times New Roman"/>
          <w:sz w:val="22"/>
        </w:rPr>
        <w:t>: zgodność dokumentacji z aktualnymi potrzebami placówki i przepisami prawa oraz praktyczne funkcjonowanie Standardów.</w:t>
      </w:r>
    </w:p>
    <w:p w14:paraId="2B1156D0" w14:textId="60F40F28" w:rsidR="005F14F2" w:rsidRPr="002741CB" w:rsidRDefault="00651809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1. MATERIAŁ WYKORZYSTANY DO OCENY</w:t>
      </w:r>
    </w:p>
    <w:p w14:paraId="533C3803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obowiązujące w ZSS „Standardy Ochrony Małoletnich”;</w:t>
      </w:r>
    </w:p>
    <w:p w14:paraId="483DABBF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„Procedury interwencji w przypadku krzywdzenia dziecka ZSS”, wraz z kartą interwencji i zasadami ochrony/publikacji wizerunku;</w:t>
      </w:r>
    </w:p>
    <w:p w14:paraId="00F2A45E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ankieta dla 50 pracowników pedagogicznych i niepedagogicznych przeprowadzona w czerwcu 2026 r.;</w:t>
      </w:r>
    </w:p>
    <w:p w14:paraId="779865CA" w14:textId="1030818F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proofErr w:type="spellStart"/>
      <w:r w:rsidRPr="002741CB">
        <w:rPr>
          <w:rFonts w:ascii="Times New Roman" w:hAnsi="Times New Roman" w:cs="Times New Roman"/>
          <w:sz w:val="22"/>
        </w:rPr>
        <w:t>ankieta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dla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14 </w:t>
      </w:r>
      <w:proofErr w:type="spellStart"/>
      <w:r w:rsidRPr="002741CB">
        <w:rPr>
          <w:rFonts w:ascii="Times New Roman" w:hAnsi="Times New Roman" w:cs="Times New Roman"/>
          <w:sz w:val="22"/>
        </w:rPr>
        <w:t>uczniów</w:t>
      </w:r>
      <w:proofErr w:type="spellEnd"/>
      <w:r w:rsidR="00651809" w:rsidRPr="00651809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51809" w:rsidRPr="002741CB">
        <w:rPr>
          <w:rFonts w:ascii="Times New Roman" w:hAnsi="Times New Roman" w:cs="Times New Roman"/>
          <w:sz w:val="22"/>
        </w:rPr>
        <w:t>przeprowadzona</w:t>
      </w:r>
      <w:proofErr w:type="spellEnd"/>
      <w:r w:rsidR="00651809" w:rsidRPr="002741CB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651809" w:rsidRPr="002741CB">
        <w:rPr>
          <w:rFonts w:ascii="Times New Roman" w:hAnsi="Times New Roman" w:cs="Times New Roman"/>
          <w:sz w:val="22"/>
        </w:rPr>
        <w:t>czerwcu</w:t>
      </w:r>
      <w:proofErr w:type="spellEnd"/>
      <w:r w:rsidR="00651809" w:rsidRPr="002741CB">
        <w:rPr>
          <w:rFonts w:ascii="Times New Roman" w:hAnsi="Times New Roman" w:cs="Times New Roman"/>
          <w:sz w:val="22"/>
        </w:rPr>
        <w:t xml:space="preserve"> 2026 r.</w:t>
      </w:r>
      <w:r w:rsidRPr="002741CB">
        <w:rPr>
          <w:rFonts w:ascii="Times New Roman" w:hAnsi="Times New Roman" w:cs="Times New Roman"/>
          <w:sz w:val="22"/>
        </w:rPr>
        <w:t>;</w:t>
      </w:r>
    </w:p>
    <w:p w14:paraId="2C85E6B4" w14:textId="000F5E66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 xml:space="preserve">ankieta </w:t>
      </w:r>
      <w:proofErr w:type="spellStart"/>
      <w:r w:rsidRPr="002741CB">
        <w:rPr>
          <w:rFonts w:ascii="Times New Roman" w:hAnsi="Times New Roman" w:cs="Times New Roman"/>
          <w:sz w:val="22"/>
        </w:rPr>
        <w:t>dla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28 </w:t>
      </w:r>
      <w:proofErr w:type="spellStart"/>
      <w:r w:rsidRPr="002741CB">
        <w:rPr>
          <w:rFonts w:ascii="Times New Roman" w:hAnsi="Times New Roman" w:cs="Times New Roman"/>
          <w:sz w:val="22"/>
        </w:rPr>
        <w:t>rodziców</w:t>
      </w:r>
      <w:proofErr w:type="spellEnd"/>
      <w:r w:rsidRPr="002741CB">
        <w:rPr>
          <w:rFonts w:ascii="Times New Roman" w:hAnsi="Times New Roman" w:cs="Times New Roman"/>
          <w:sz w:val="22"/>
        </w:rPr>
        <w:t>/</w:t>
      </w:r>
      <w:proofErr w:type="spellStart"/>
      <w:r w:rsidRPr="002741CB">
        <w:rPr>
          <w:rFonts w:ascii="Times New Roman" w:hAnsi="Times New Roman" w:cs="Times New Roman"/>
          <w:sz w:val="22"/>
        </w:rPr>
        <w:t>opiekunów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prawnych</w:t>
      </w:r>
      <w:proofErr w:type="spellEnd"/>
      <w:r w:rsidR="00651809" w:rsidRPr="00651809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51809" w:rsidRPr="002741CB">
        <w:rPr>
          <w:rFonts w:ascii="Times New Roman" w:hAnsi="Times New Roman" w:cs="Times New Roman"/>
          <w:sz w:val="22"/>
        </w:rPr>
        <w:t>przeprowadzona</w:t>
      </w:r>
      <w:proofErr w:type="spellEnd"/>
      <w:r w:rsidR="00651809" w:rsidRPr="002741CB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651809" w:rsidRPr="002741CB">
        <w:rPr>
          <w:rFonts w:ascii="Times New Roman" w:hAnsi="Times New Roman" w:cs="Times New Roman"/>
          <w:sz w:val="22"/>
        </w:rPr>
        <w:t>czerwcu</w:t>
      </w:r>
      <w:proofErr w:type="spellEnd"/>
      <w:r w:rsidR="00651809" w:rsidRPr="002741CB">
        <w:rPr>
          <w:rFonts w:ascii="Times New Roman" w:hAnsi="Times New Roman" w:cs="Times New Roman"/>
          <w:sz w:val="22"/>
        </w:rPr>
        <w:t xml:space="preserve"> 2026 r.</w:t>
      </w:r>
      <w:r w:rsidRPr="002741CB">
        <w:rPr>
          <w:rFonts w:ascii="Times New Roman" w:hAnsi="Times New Roman" w:cs="Times New Roman"/>
          <w:sz w:val="22"/>
        </w:rPr>
        <w:t>;</w:t>
      </w:r>
    </w:p>
    <w:p w14:paraId="27F05132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analiza wymogów art. 22b–22c ustawy oraz aktualnego tekstu jednolitego ogłoszonego w Dz.U. z 2026 r. poz. 110.</w:t>
      </w:r>
    </w:p>
    <w:p w14:paraId="361D5F45" w14:textId="027782E5" w:rsidR="00651809" w:rsidRPr="00651809" w:rsidRDefault="00C05316" w:rsidP="00651809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2. NAJWAŻNIEJSZE USTALENIA Z ANKIET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3682"/>
        <w:gridCol w:w="3682"/>
      </w:tblGrid>
      <w:tr w:rsidR="005F14F2" w:rsidRPr="002741CB" w14:paraId="69EB5EA5" w14:textId="77777777" w:rsidTr="00651809">
        <w:trPr>
          <w:jc w:val="center"/>
        </w:trPr>
        <w:tc>
          <w:tcPr>
            <w:tcW w:w="2269" w:type="dxa"/>
            <w:shd w:val="clear" w:color="auto" w:fill="D9EAF7"/>
            <w:vAlign w:val="center"/>
          </w:tcPr>
          <w:p w14:paraId="2C81EE99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Grupa</w:t>
            </w:r>
          </w:p>
        </w:tc>
        <w:tc>
          <w:tcPr>
            <w:tcW w:w="3682" w:type="dxa"/>
            <w:shd w:val="clear" w:color="auto" w:fill="D9EAF7"/>
            <w:vAlign w:val="center"/>
          </w:tcPr>
          <w:p w14:paraId="0FAB2E5D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Mocne strony</w:t>
            </w:r>
          </w:p>
        </w:tc>
        <w:tc>
          <w:tcPr>
            <w:tcW w:w="3682" w:type="dxa"/>
            <w:shd w:val="clear" w:color="auto" w:fill="D9EAF7"/>
            <w:vAlign w:val="center"/>
          </w:tcPr>
          <w:p w14:paraId="351E63E7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Obszary do wzmocnienia</w:t>
            </w:r>
          </w:p>
        </w:tc>
      </w:tr>
      <w:tr w:rsidR="005F14F2" w:rsidRPr="002741CB" w14:paraId="2B44E8C0" w14:textId="77777777" w:rsidTr="00651809">
        <w:trPr>
          <w:jc w:val="center"/>
        </w:trPr>
        <w:tc>
          <w:tcPr>
            <w:tcW w:w="2269" w:type="dxa"/>
          </w:tcPr>
          <w:p w14:paraId="059AD5F5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Pracownicy (50 osób)</w:t>
            </w:r>
          </w:p>
        </w:tc>
        <w:tc>
          <w:tcPr>
            <w:tcW w:w="3682" w:type="dxa"/>
          </w:tcPr>
          <w:p w14:paraId="200ECEB4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98% deklaruje zapoznanie ze Standardami; 96% zna zasady ochrony; 100% deklaruje umiejętność rozpoznawania symptomów krzywdzenia i reagowania.</w:t>
            </w:r>
          </w:p>
        </w:tc>
        <w:tc>
          <w:tcPr>
            <w:tcW w:w="3682" w:type="dxa"/>
          </w:tcPr>
          <w:p w14:paraId="731C99CB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Objąć informacją 100% personelu, zwłaszcza nowych i czasowo nieobecnych; regularnie przypominać procedury; prowadzić krótkie szkolenia i analizę przypadków.</w:t>
            </w:r>
          </w:p>
        </w:tc>
      </w:tr>
      <w:tr w:rsidR="005F14F2" w:rsidRPr="002741CB" w14:paraId="39FC1DE6" w14:textId="77777777" w:rsidTr="00651809">
        <w:trPr>
          <w:jc w:val="center"/>
        </w:trPr>
        <w:tc>
          <w:tcPr>
            <w:tcW w:w="2269" w:type="dxa"/>
          </w:tcPr>
          <w:p w14:paraId="0DA1C5BA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Uczniowie (14 osób)</w:t>
            </w:r>
          </w:p>
        </w:tc>
        <w:tc>
          <w:tcPr>
            <w:tcW w:w="3682" w:type="dxa"/>
          </w:tcPr>
          <w:p w14:paraId="122B17FC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Większość czuje się bezpiecznie; 85,7% wie, kogo poprosić o pomoc; 100% widziało informacje dotyczące bezpieczeństwa.</w:t>
            </w:r>
          </w:p>
        </w:tc>
        <w:tc>
          <w:tcPr>
            <w:tcW w:w="3682" w:type="dxa"/>
          </w:tcPr>
          <w:p w14:paraId="1A43E6DB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Wzmocnić poczucie, że każde zgłoszenie spotyka się z reakcją; ujednolicić standard komunikacji i szacunku; regularnie przypominać osoby i kanały pomocy.</w:t>
            </w:r>
          </w:p>
        </w:tc>
      </w:tr>
      <w:tr w:rsidR="005F14F2" w:rsidRPr="002741CB" w14:paraId="6182748C" w14:textId="77777777" w:rsidTr="00651809">
        <w:trPr>
          <w:jc w:val="center"/>
        </w:trPr>
        <w:tc>
          <w:tcPr>
            <w:tcW w:w="2269" w:type="dxa"/>
          </w:tcPr>
          <w:p w14:paraId="1813DF31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Rodzice/opiekunowie (28 osób)</w:t>
            </w:r>
          </w:p>
        </w:tc>
        <w:tc>
          <w:tcPr>
            <w:tcW w:w="3682" w:type="dxa"/>
          </w:tcPr>
          <w:p w14:paraId="4D661E16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78,6% zostało zapoznanych ze Standardami; 75% zna ich treść; 96,4% deklaruje rozpoznawanie symptomów krzywdzenia; 92,9% wie, do kogo zwrócić się po pomoc.</w:t>
            </w:r>
          </w:p>
        </w:tc>
        <w:tc>
          <w:tcPr>
            <w:tcW w:w="3682" w:type="dxa"/>
          </w:tcPr>
          <w:p w14:paraId="619D102D" w14:textId="1BAED829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 xml:space="preserve">Zwiększyć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skuteczność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informowania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: 21,4% </w:t>
            </w:r>
            <w:proofErr w:type="spellStart"/>
            <w:r w:rsidR="00651809">
              <w:rPr>
                <w:rFonts w:ascii="Times New Roman" w:hAnsi="Times New Roman" w:cs="Times New Roman"/>
                <w:sz w:val="22"/>
              </w:rPr>
              <w:t>dekalruje</w:t>
            </w:r>
            <w:proofErr w:type="spellEnd"/>
            <w:r w:rsidR="006518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651809">
              <w:rPr>
                <w:rFonts w:ascii="Times New Roman" w:hAnsi="Times New Roman" w:cs="Times New Roman"/>
                <w:sz w:val="22"/>
              </w:rPr>
              <w:t>że</w:t>
            </w:r>
            <w:proofErr w:type="spellEnd"/>
            <w:r w:rsidR="006518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nie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zostało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zapoznanych</w:t>
            </w:r>
            <w:proofErr w:type="spellEnd"/>
            <w:r w:rsidR="00651809">
              <w:rPr>
                <w:rFonts w:ascii="Times New Roman" w:hAnsi="Times New Roman" w:cs="Times New Roman"/>
                <w:sz w:val="22"/>
              </w:rPr>
              <w:t xml:space="preserve"> (</w:t>
            </w:r>
            <w:proofErr w:type="spellStart"/>
            <w:r w:rsidR="00651809">
              <w:rPr>
                <w:rFonts w:ascii="Times New Roman" w:hAnsi="Times New Roman" w:cs="Times New Roman"/>
                <w:sz w:val="22"/>
              </w:rPr>
              <w:t>lub</w:t>
            </w:r>
            <w:proofErr w:type="spellEnd"/>
            <w:r w:rsidR="006518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651809">
              <w:rPr>
                <w:rFonts w:ascii="Times New Roman" w:hAnsi="Times New Roman" w:cs="Times New Roman"/>
                <w:sz w:val="22"/>
              </w:rPr>
              <w:t>nie</w:t>
            </w:r>
            <w:proofErr w:type="spellEnd"/>
            <w:r w:rsidR="006518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651809">
              <w:rPr>
                <w:rFonts w:ascii="Times New Roman" w:hAnsi="Times New Roman" w:cs="Times New Roman"/>
                <w:sz w:val="22"/>
              </w:rPr>
              <w:t>pamięta</w:t>
            </w:r>
            <w:proofErr w:type="spellEnd"/>
            <w:r w:rsidR="00651809">
              <w:rPr>
                <w:rFonts w:ascii="Times New Roman" w:hAnsi="Times New Roman" w:cs="Times New Roman"/>
                <w:sz w:val="22"/>
              </w:rPr>
              <w:t>)</w:t>
            </w:r>
            <w:r w:rsidRPr="002741CB">
              <w:rPr>
                <w:rFonts w:ascii="Times New Roman" w:hAnsi="Times New Roman" w:cs="Times New Roman"/>
                <w:sz w:val="22"/>
              </w:rPr>
              <w:t xml:space="preserve">, 25% </w:t>
            </w:r>
            <w:proofErr w:type="spellStart"/>
            <w:r w:rsidR="00651809">
              <w:rPr>
                <w:rFonts w:ascii="Times New Roman" w:hAnsi="Times New Roman" w:cs="Times New Roman"/>
                <w:sz w:val="22"/>
              </w:rPr>
              <w:t>twierdzi</w:t>
            </w:r>
            <w:proofErr w:type="spellEnd"/>
            <w:r w:rsidR="00651809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="00651809">
              <w:rPr>
                <w:rFonts w:ascii="Times New Roman" w:hAnsi="Times New Roman" w:cs="Times New Roman"/>
                <w:sz w:val="22"/>
              </w:rPr>
              <w:t>że</w:t>
            </w:r>
            <w:proofErr w:type="spellEnd"/>
            <w:r w:rsidR="006518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nie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zna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treści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Standardów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udostępniać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skróconą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i przystępną informację oraz przypominać procedury.</w:t>
            </w:r>
          </w:p>
        </w:tc>
      </w:tr>
    </w:tbl>
    <w:p w14:paraId="64BE15C5" w14:textId="21160B8A" w:rsidR="005F14F2" w:rsidRPr="002741CB" w:rsidRDefault="00C05316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3. OCENA ZGODNOŚCI I ADEKWATNOŚCI DOKUMENTACJI</w:t>
      </w:r>
    </w:p>
    <w:p w14:paraId="6B560A85" w14:textId="77777777" w:rsidR="005F14F2" w:rsidRPr="002741CB" w:rsidRDefault="00000000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C05316">
        <w:rPr>
          <w:rFonts w:ascii="Times New Roman" w:hAnsi="Times New Roman" w:cs="Times New Roman"/>
          <w:b/>
          <w:bCs/>
          <w:i/>
          <w:iCs/>
          <w:sz w:val="22"/>
        </w:rPr>
        <w:t>Ocena ogólna</w:t>
      </w:r>
      <w:r w:rsidRPr="002741CB">
        <w:rPr>
          <w:rFonts w:ascii="Times New Roman" w:hAnsi="Times New Roman" w:cs="Times New Roman"/>
          <w:sz w:val="22"/>
        </w:rPr>
        <w:t>: Standardy funkcjonują w placówce i obejmują zasadnicze obszary wymagane ustawą. Dokument wymagał jednak uporządkowania podstaw prawnych, doprecyzowania mechanizmu okresowej oceny i aktualizacji, silniejszego zaakcentowania dostępności dla uczniów z niepełnosprawnościami i SPE oraz przełożenia wyników ankiet na konkretne działania organizacyjne.</w:t>
      </w:r>
    </w:p>
    <w:p w14:paraId="5EDE75FE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Zachowano rozwiązania dotyczące bezpiecznej rekrutacji, relacji personelu z małoletnimi, interwencji, dokumentowania zdarzeń, ochrony wizerunku, bezpieczeństwa w Internecie i planu wsparcia.</w:t>
      </w:r>
    </w:p>
    <w:p w14:paraId="17617DD9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lastRenderedPageBreak/>
        <w:t>Ujednolicono nazewnictwo i wskazano, że podstawowym aktualnym aktem dla obowiązku Standardów jest ustawa z 13 maja 2016 r. w tekście jednolitym Dz.U. z 2026 r. poz. 110.</w:t>
      </w:r>
    </w:p>
    <w:p w14:paraId="1225A8E1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Doprecyzowano zasadę oceny co najmniej raz na dwa lata oraz obowiązek pisemnego dokumentowania wniosków.</w:t>
      </w:r>
    </w:p>
    <w:p w14:paraId="49CC784F" w14:textId="0AB8281A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 xml:space="preserve">Wzmocniono zapisy o dostosowaniu komunikacji do uczniów z niepełnosprawnościami i SPE, co ma szczególne </w:t>
      </w:r>
      <w:proofErr w:type="spellStart"/>
      <w:r w:rsidRPr="002741CB">
        <w:rPr>
          <w:rFonts w:ascii="Times New Roman" w:hAnsi="Times New Roman" w:cs="Times New Roman"/>
          <w:sz w:val="22"/>
        </w:rPr>
        <w:t>znaczenie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dla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profilu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ZSS</w:t>
      </w:r>
      <w:r w:rsidR="00C05316">
        <w:rPr>
          <w:rFonts w:ascii="Times New Roman" w:hAnsi="Times New Roman" w:cs="Times New Roman"/>
          <w:sz w:val="22"/>
        </w:rPr>
        <w:t xml:space="preserve"> w </w:t>
      </w:r>
      <w:proofErr w:type="spellStart"/>
      <w:r w:rsidR="00C05316">
        <w:rPr>
          <w:rFonts w:ascii="Times New Roman" w:hAnsi="Times New Roman" w:cs="Times New Roman"/>
          <w:sz w:val="22"/>
        </w:rPr>
        <w:t>Zduńskiej</w:t>
      </w:r>
      <w:proofErr w:type="spellEnd"/>
      <w:r w:rsidR="00C05316">
        <w:rPr>
          <w:rFonts w:ascii="Times New Roman" w:hAnsi="Times New Roman" w:cs="Times New Roman"/>
          <w:sz w:val="22"/>
        </w:rPr>
        <w:t xml:space="preserve"> Woli</w:t>
      </w:r>
      <w:r w:rsidRPr="002741CB">
        <w:rPr>
          <w:rFonts w:ascii="Times New Roman" w:hAnsi="Times New Roman" w:cs="Times New Roman"/>
          <w:sz w:val="22"/>
        </w:rPr>
        <w:t>.</w:t>
      </w:r>
    </w:p>
    <w:p w14:paraId="44304DDC" w14:textId="77777777" w:rsidR="005F14F2" w:rsidRPr="002741CB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>Rozdzielono obowiązek reagowania od obowiązku informowania rodziców – kontakt z opiekunami nie może zwiększać zagrożenia dziecka.</w:t>
      </w:r>
    </w:p>
    <w:p w14:paraId="0C27BEA0" w14:textId="77777777" w:rsidR="005F14F2" w:rsidRDefault="00000000">
      <w:pPr>
        <w:pStyle w:val="Listapunktowana"/>
        <w:spacing w:after="40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 xml:space="preserve">Zalecono prowadzenie aktualnej listy funkcji/osób odpowiedzialnych za przyjmowanie zgłoszeń, wsparcie, zawiadomienia i procedurę „Niebieskie Karty”, najlepiej w zarządzeniu lub załączniku możliwym do bieżącej aktualizacji bez </w:t>
      </w:r>
      <w:proofErr w:type="spellStart"/>
      <w:r w:rsidRPr="002741CB">
        <w:rPr>
          <w:rFonts w:ascii="Times New Roman" w:hAnsi="Times New Roman" w:cs="Times New Roman"/>
          <w:sz w:val="22"/>
        </w:rPr>
        <w:t>przebudowy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całego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dokumentu</w:t>
      </w:r>
      <w:proofErr w:type="spellEnd"/>
      <w:r w:rsidRPr="002741CB">
        <w:rPr>
          <w:rFonts w:ascii="Times New Roman" w:hAnsi="Times New Roman" w:cs="Times New Roman"/>
          <w:sz w:val="22"/>
        </w:rPr>
        <w:t>.</w:t>
      </w:r>
    </w:p>
    <w:p w14:paraId="47772FFC" w14:textId="77777777" w:rsidR="007C212E" w:rsidRPr="002741CB" w:rsidRDefault="007C212E" w:rsidP="007C212E">
      <w:pPr>
        <w:pStyle w:val="Listapunktowana"/>
        <w:numPr>
          <w:ilvl w:val="0"/>
          <w:numId w:val="0"/>
        </w:numPr>
        <w:spacing w:after="40"/>
        <w:ind w:left="360"/>
        <w:rPr>
          <w:rFonts w:ascii="Times New Roman" w:hAnsi="Times New Roman" w:cs="Times New Roman"/>
          <w:sz w:val="22"/>
        </w:rPr>
      </w:pPr>
    </w:p>
    <w:p w14:paraId="6BC8C176" w14:textId="20429FC3" w:rsidR="005F14F2" w:rsidRPr="002741CB" w:rsidRDefault="00C05316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4. WNIOSKI Z PRZEPROWADZONEJ OCENY – DO PISEMNEGO UDOKUMENTOWANIA</w:t>
      </w:r>
    </w:p>
    <w:p w14:paraId="0FB2B4B2" w14:textId="36F7AEF1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1. </w:t>
      </w:r>
      <w:r w:rsidRPr="002741CB">
        <w:rPr>
          <w:rFonts w:ascii="Times New Roman" w:hAnsi="Times New Roman" w:cs="Times New Roman"/>
          <w:sz w:val="22"/>
        </w:rPr>
        <w:t xml:space="preserve">Standardy Ochrony Małoletnich w ZSS im. Marii </w:t>
      </w:r>
      <w:proofErr w:type="spellStart"/>
      <w:r w:rsidRPr="002741CB">
        <w:rPr>
          <w:rFonts w:ascii="Times New Roman" w:hAnsi="Times New Roman" w:cs="Times New Roman"/>
          <w:sz w:val="22"/>
        </w:rPr>
        <w:t>Grzegorzewskiej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w Zduńskiej Woli </w:t>
      </w:r>
      <w:proofErr w:type="spellStart"/>
      <w:r w:rsidRPr="002741CB">
        <w:rPr>
          <w:rFonts w:ascii="Times New Roman" w:hAnsi="Times New Roman" w:cs="Times New Roman"/>
          <w:sz w:val="22"/>
        </w:rPr>
        <w:t>są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wdrożone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C05316">
        <w:rPr>
          <w:rFonts w:ascii="Times New Roman" w:hAnsi="Times New Roman" w:cs="Times New Roman"/>
          <w:sz w:val="22"/>
        </w:rPr>
        <w:br/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741CB">
        <w:rPr>
          <w:rFonts w:ascii="Times New Roman" w:hAnsi="Times New Roman" w:cs="Times New Roman"/>
          <w:sz w:val="22"/>
        </w:rPr>
        <w:t>zasadniczej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części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odpowiadają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celowi ochrony dzieci przed krzywdzeniem.</w:t>
      </w:r>
    </w:p>
    <w:p w14:paraId="55CAC8A2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2. </w:t>
      </w:r>
      <w:r w:rsidRPr="002741CB">
        <w:rPr>
          <w:rFonts w:ascii="Times New Roman" w:hAnsi="Times New Roman" w:cs="Times New Roman"/>
          <w:sz w:val="22"/>
        </w:rPr>
        <w:t>Wysoki poziom deklarowanej wiedzy pracowników stanowi mocną stronę systemu ochrony; konieczne jest jednak zapewnienie formalnego zapoznania 100% personelu oraz cyklicznych przypomnień i szkoleń praktycznych.</w:t>
      </w:r>
    </w:p>
    <w:p w14:paraId="5F7FE2FD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3. </w:t>
      </w:r>
      <w:r w:rsidRPr="002741CB">
        <w:rPr>
          <w:rFonts w:ascii="Times New Roman" w:hAnsi="Times New Roman" w:cs="Times New Roman"/>
          <w:sz w:val="22"/>
        </w:rPr>
        <w:t>Najważniejszym obszarem wymagającym poprawy jest komunikacja z rodzicami/opiekunami. Należy zwiększyć dostępność informacji, ponieważ część rodziców nie została zapoznana ze Standardami lub nie zna ich treści.</w:t>
      </w:r>
    </w:p>
    <w:p w14:paraId="4833F294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4. </w:t>
      </w:r>
      <w:r w:rsidRPr="002741CB">
        <w:rPr>
          <w:rFonts w:ascii="Times New Roman" w:hAnsi="Times New Roman" w:cs="Times New Roman"/>
          <w:sz w:val="22"/>
        </w:rPr>
        <w:t>W odniesieniu do uczniów należy utrzymać widoczność informacji o bezpieczeństwie, a jednocześnie wzmacniać przekonanie, że każde zgłoszenie jest wysłuchane i prowadzi do adekwatnej reakcji.</w:t>
      </w:r>
    </w:p>
    <w:p w14:paraId="0BEDFC79" w14:textId="552D559C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5. </w:t>
      </w:r>
      <w:r w:rsidRPr="002741CB">
        <w:rPr>
          <w:rFonts w:ascii="Times New Roman" w:hAnsi="Times New Roman" w:cs="Times New Roman"/>
          <w:sz w:val="22"/>
        </w:rPr>
        <w:t xml:space="preserve">Ze względu </w:t>
      </w:r>
      <w:proofErr w:type="spellStart"/>
      <w:r w:rsidRPr="002741CB">
        <w:rPr>
          <w:rFonts w:ascii="Times New Roman" w:hAnsi="Times New Roman" w:cs="Times New Roman"/>
          <w:sz w:val="22"/>
        </w:rPr>
        <w:t>na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specyfikę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ZSS </w:t>
      </w:r>
      <w:r w:rsidR="00C05316">
        <w:rPr>
          <w:rFonts w:ascii="Times New Roman" w:hAnsi="Times New Roman" w:cs="Times New Roman"/>
          <w:sz w:val="22"/>
        </w:rPr>
        <w:t xml:space="preserve">w </w:t>
      </w:r>
      <w:proofErr w:type="spellStart"/>
      <w:r w:rsidR="00C05316">
        <w:rPr>
          <w:rFonts w:ascii="Times New Roman" w:hAnsi="Times New Roman" w:cs="Times New Roman"/>
          <w:sz w:val="22"/>
        </w:rPr>
        <w:t>Zduńskiej</w:t>
      </w:r>
      <w:proofErr w:type="spellEnd"/>
      <w:r w:rsidR="00C05316">
        <w:rPr>
          <w:rFonts w:ascii="Times New Roman" w:hAnsi="Times New Roman" w:cs="Times New Roman"/>
          <w:sz w:val="22"/>
        </w:rPr>
        <w:t xml:space="preserve"> Woli </w:t>
      </w:r>
      <w:proofErr w:type="spellStart"/>
      <w:r w:rsidRPr="002741CB">
        <w:rPr>
          <w:rFonts w:ascii="Times New Roman" w:hAnsi="Times New Roman" w:cs="Times New Roman"/>
          <w:sz w:val="22"/>
        </w:rPr>
        <w:t>należy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konsekwentnie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stosować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dostępne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formy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komunikacji Standardów: język prosty, materiały obrazkowe/piktogramowe, AAC oraz indywidualne objaśnianie zasad uczniom wymagającym takiego wsparcia.</w:t>
      </w:r>
    </w:p>
    <w:p w14:paraId="43FB663A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6. </w:t>
      </w:r>
      <w:r w:rsidRPr="002741CB">
        <w:rPr>
          <w:rFonts w:ascii="Times New Roman" w:hAnsi="Times New Roman" w:cs="Times New Roman"/>
          <w:sz w:val="22"/>
        </w:rPr>
        <w:t xml:space="preserve">Należy uporządkować i okresowo </w:t>
      </w:r>
      <w:r w:rsidRPr="007C212E">
        <w:rPr>
          <w:rFonts w:ascii="Times New Roman" w:hAnsi="Times New Roman" w:cs="Times New Roman"/>
          <w:sz w:val="22"/>
        </w:rPr>
        <w:t>aktualizować wykaz osób/funkcji odpowiedzialnych za przyjmowanie zgłoszeń, prowadzenie interwencji, składanie zawiadomień</w:t>
      </w:r>
      <w:r w:rsidRPr="002741CB">
        <w:rPr>
          <w:rFonts w:ascii="Times New Roman" w:hAnsi="Times New Roman" w:cs="Times New Roman"/>
          <w:sz w:val="22"/>
        </w:rPr>
        <w:t>, wszczynanie procedury „Niebieskie Karty”, przygotowanie personelu oraz monitoring Standardów.</w:t>
      </w:r>
    </w:p>
    <w:p w14:paraId="1E8DA8B9" w14:textId="079C1558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7. </w:t>
      </w:r>
      <w:proofErr w:type="spellStart"/>
      <w:r w:rsidRPr="002741CB">
        <w:rPr>
          <w:rFonts w:ascii="Times New Roman" w:hAnsi="Times New Roman" w:cs="Times New Roman"/>
          <w:sz w:val="22"/>
        </w:rPr>
        <w:t>Należy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co </w:t>
      </w:r>
      <w:proofErr w:type="spellStart"/>
      <w:r w:rsidRPr="002741CB">
        <w:rPr>
          <w:rFonts w:ascii="Times New Roman" w:hAnsi="Times New Roman" w:cs="Times New Roman"/>
          <w:sz w:val="22"/>
        </w:rPr>
        <w:t>najmniej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raz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741CB">
        <w:rPr>
          <w:rFonts w:ascii="Times New Roman" w:hAnsi="Times New Roman" w:cs="Times New Roman"/>
          <w:sz w:val="22"/>
        </w:rPr>
        <w:t>roku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szkolnym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przypominać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uczniom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rodzicom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kanały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zgłaszania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zagrożeń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r w:rsidR="00C05316">
        <w:rPr>
          <w:rFonts w:ascii="Times New Roman" w:hAnsi="Times New Roman" w:cs="Times New Roman"/>
          <w:sz w:val="22"/>
        </w:rPr>
        <w:br/>
      </w:r>
      <w:r w:rsidRPr="002741CB">
        <w:rPr>
          <w:rFonts w:ascii="Times New Roman" w:hAnsi="Times New Roman" w:cs="Times New Roman"/>
          <w:sz w:val="22"/>
        </w:rPr>
        <w:t xml:space="preserve">a </w:t>
      </w:r>
      <w:proofErr w:type="spellStart"/>
      <w:r w:rsidRPr="002741CB">
        <w:rPr>
          <w:rFonts w:ascii="Times New Roman" w:hAnsi="Times New Roman" w:cs="Times New Roman"/>
          <w:sz w:val="22"/>
        </w:rPr>
        <w:t>personelowi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2741CB">
        <w:rPr>
          <w:rFonts w:ascii="Times New Roman" w:hAnsi="Times New Roman" w:cs="Times New Roman"/>
          <w:sz w:val="22"/>
        </w:rPr>
        <w:t>procedury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interwencji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i dokumentowania.</w:t>
      </w:r>
    </w:p>
    <w:p w14:paraId="3B8E7907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8. </w:t>
      </w:r>
      <w:r w:rsidRPr="002741CB">
        <w:rPr>
          <w:rFonts w:ascii="Times New Roman" w:hAnsi="Times New Roman" w:cs="Times New Roman"/>
          <w:sz w:val="22"/>
        </w:rPr>
        <w:t xml:space="preserve">Należy </w:t>
      </w:r>
      <w:r w:rsidRPr="007C212E">
        <w:rPr>
          <w:rFonts w:ascii="Times New Roman" w:hAnsi="Times New Roman" w:cs="Times New Roman"/>
          <w:sz w:val="22"/>
        </w:rPr>
        <w:t xml:space="preserve">prowadzić </w:t>
      </w:r>
      <w:r w:rsidRPr="007C212E">
        <w:rPr>
          <w:rFonts w:ascii="Times New Roman" w:hAnsi="Times New Roman" w:cs="Times New Roman"/>
          <w:sz w:val="22"/>
          <w:u w:val="single"/>
        </w:rPr>
        <w:t>pisemny rejestr kolejnych ocen Standardów i realizacji rekomendacji</w:t>
      </w:r>
      <w:r w:rsidRPr="007C212E">
        <w:rPr>
          <w:rFonts w:ascii="Times New Roman" w:hAnsi="Times New Roman" w:cs="Times New Roman"/>
          <w:sz w:val="22"/>
        </w:rPr>
        <w:t>,</w:t>
      </w:r>
      <w:r w:rsidRPr="002741CB">
        <w:rPr>
          <w:rFonts w:ascii="Times New Roman" w:hAnsi="Times New Roman" w:cs="Times New Roman"/>
          <w:sz w:val="22"/>
        </w:rPr>
        <w:t xml:space="preserve"> tak aby następna ocena mogła uwzględnić nie tylko deklaracje ankietowe, lecz także stopień wykonania działań naprawczych.</w:t>
      </w:r>
    </w:p>
    <w:p w14:paraId="63C5E7BE" w14:textId="09EB7E9B" w:rsidR="005F14F2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 xml:space="preserve">9. </w:t>
      </w:r>
      <w:proofErr w:type="spellStart"/>
      <w:r w:rsidRPr="002741CB">
        <w:rPr>
          <w:rFonts w:ascii="Times New Roman" w:hAnsi="Times New Roman" w:cs="Times New Roman"/>
          <w:sz w:val="22"/>
        </w:rPr>
        <w:t>Zaktualizowaną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pełną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skróconą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wersję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Standardów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należy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ponownie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udostępnić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społeczności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szkolnej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C05316">
        <w:rPr>
          <w:rFonts w:ascii="Times New Roman" w:hAnsi="Times New Roman" w:cs="Times New Roman"/>
          <w:sz w:val="22"/>
        </w:rPr>
        <w:br/>
      </w:r>
      <w:r w:rsidRPr="002741CB">
        <w:rPr>
          <w:rFonts w:ascii="Times New Roman" w:hAnsi="Times New Roman" w:cs="Times New Roman"/>
          <w:sz w:val="22"/>
        </w:rPr>
        <w:t xml:space="preserve">w </w:t>
      </w:r>
      <w:proofErr w:type="spellStart"/>
      <w:r w:rsidRPr="002741CB">
        <w:rPr>
          <w:rFonts w:ascii="Times New Roman" w:hAnsi="Times New Roman" w:cs="Times New Roman"/>
          <w:sz w:val="22"/>
        </w:rPr>
        <w:t>sposób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przyjęty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741CB">
        <w:rPr>
          <w:rFonts w:ascii="Times New Roman" w:hAnsi="Times New Roman" w:cs="Times New Roman"/>
          <w:sz w:val="22"/>
        </w:rPr>
        <w:t>placówce</w:t>
      </w:r>
      <w:proofErr w:type="spellEnd"/>
      <w:r w:rsidRPr="002741CB">
        <w:rPr>
          <w:rFonts w:ascii="Times New Roman" w:hAnsi="Times New Roman" w:cs="Times New Roman"/>
          <w:sz w:val="22"/>
        </w:rPr>
        <w:t>.</w:t>
      </w:r>
    </w:p>
    <w:p w14:paraId="28B51E64" w14:textId="77777777" w:rsidR="007C212E" w:rsidRPr="002741CB" w:rsidRDefault="007C212E">
      <w:pPr>
        <w:rPr>
          <w:rFonts w:ascii="Times New Roman" w:hAnsi="Times New Roman" w:cs="Times New Roman"/>
          <w:sz w:val="22"/>
        </w:rPr>
      </w:pPr>
    </w:p>
    <w:p w14:paraId="3A585AEF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lastRenderedPageBreak/>
        <w:t>5. Plan działań po ocenie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5F14F2" w:rsidRPr="002741CB" w14:paraId="12AEEE4E" w14:textId="77777777">
        <w:trPr>
          <w:jc w:val="center"/>
        </w:trPr>
        <w:tc>
          <w:tcPr>
            <w:tcW w:w="2408" w:type="dxa"/>
            <w:shd w:val="clear" w:color="auto" w:fill="D9EAF7"/>
          </w:tcPr>
          <w:p w14:paraId="6AA566C7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Działanie</w:t>
            </w:r>
          </w:p>
        </w:tc>
        <w:tc>
          <w:tcPr>
            <w:tcW w:w="2408" w:type="dxa"/>
            <w:shd w:val="clear" w:color="auto" w:fill="D9EAF7"/>
          </w:tcPr>
          <w:p w14:paraId="6664C5F8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Odpowiedzialny</w:t>
            </w:r>
          </w:p>
        </w:tc>
        <w:tc>
          <w:tcPr>
            <w:tcW w:w="2408" w:type="dxa"/>
            <w:shd w:val="clear" w:color="auto" w:fill="D9EAF7"/>
          </w:tcPr>
          <w:p w14:paraId="430BA797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Termin</w:t>
            </w:r>
          </w:p>
        </w:tc>
        <w:tc>
          <w:tcPr>
            <w:tcW w:w="2408" w:type="dxa"/>
            <w:shd w:val="clear" w:color="auto" w:fill="D9EAF7"/>
          </w:tcPr>
          <w:p w14:paraId="3129264C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Sposób potwierdzenia</w:t>
            </w:r>
          </w:p>
        </w:tc>
      </w:tr>
      <w:tr w:rsidR="005F14F2" w:rsidRPr="002741CB" w14:paraId="2D9B37BC" w14:textId="77777777">
        <w:trPr>
          <w:jc w:val="center"/>
        </w:trPr>
        <w:tc>
          <w:tcPr>
            <w:tcW w:w="2408" w:type="dxa"/>
          </w:tcPr>
          <w:p w14:paraId="5BF8DEC1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Wprowadzenie zaktualizowanej wersji Standardów i publikacja wersji pełnej oraz skróconej.</w:t>
            </w:r>
          </w:p>
        </w:tc>
        <w:tc>
          <w:tcPr>
            <w:tcW w:w="2408" w:type="dxa"/>
          </w:tcPr>
          <w:p w14:paraId="758689B2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Dyrektor / osoba ds. Standardów</w:t>
            </w:r>
          </w:p>
        </w:tc>
        <w:tc>
          <w:tcPr>
            <w:tcW w:w="2408" w:type="dxa"/>
          </w:tcPr>
          <w:p w14:paraId="455D6DF8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początek roku szkolnego 2026/2027</w:t>
            </w:r>
          </w:p>
        </w:tc>
        <w:tc>
          <w:tcPr>
            <w:tcW w:w="2408" w:type="dxa"/>
          </w:tcPr>
          <w:p w14:paraId="2C50AA1F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zarządzenie, publikacja, potwierdzenie udostępnienia</w:t>
            </w:r>
          </w:p>
        </w:tc>
      </w:tr>
      <w:tr w:rsidR="005F14F2" w:rsidRPr="002741CB" w14:paraId="19A686A5" w14:textId="77777777">
        <w:trPr>
          <w:jc w:val="center"/>
        </w:trPr>
        <w:tc>
          <w:tcPr>
            <w:tcW w:w="2408" w:type="dxa"/>
          </w:tcPr>
          <w:p w14:paraId="36B60449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Zapoznanie całego personelu, w tym osób nowych i czasowo nieobecnych.</w:t>
            </w:r>
          </w:p>
        </w:tc>
        <w:tc>
          <w:tcPr>
            <w:tcW w:w="2408" w:type="dxa"/>
          </w:tcPr>
          <w:p w14:paraId="7FCF27F4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Dyrektor / osoba przygotowująca personel</w:t>
            </w:r>
          </w:p>
        </w:tc>
        <w:tc>
          <w:tcPr>
            <w:tcW w:w="2408" w:type="dxa"/>
          </w:tcPr>
          <w:p w14:paraId="493CA7C3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wrzesień 2026 i na bieżąco</w:t>
            </w:r>
          </w:p>
        </w:tc>
        <w:tc>
          <w:tcPr>
            <w:tcW w:w="2408" w:type="dxa"/>
          </w:tcPr>
          <w:p w14:paraId="36FCC1E0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E56104">
              <w:rPr>
                <w:rFonts w:ascii="Times New Roman" w:hAnsi="Times New Roman" w:cs="Times New Roman"/>
                <w:sz w:val="22"/>
              </w:rPr>
              <w:t>lista/oświadczenia</w:t>
            </w:r>
            <w:r w:rsidRPr="002741CB">
              <w:rPr>
                <w:rFonts w:ascii="Times New Roman" w:hAnsi="Times New Roman" w:cs="Times New Roman"/>
                <w:sz w:val="22"/>
              </w:rPr>
              <w:t xml:space="preserve"> zapoznania</w:t>
            </w:r>
          </w:p>
        </w:tc>
      </w:tr>
      <w:tr w:rsidR="005F14F2" w:rsidRPr="002741CB" w14:paraId="048EF6E4" w14:textId="77777777">
        <w:trPr>
          <w:jc w:val="center"/>
        </w:trPr>
        <w:tc>
          <w:tcPr>
            <w:tcW w:w="2408" w:type="dxa"/>
          </w:tcPr>
          <w:p w14:paraId="24881A5F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Przypomnienie uczniom osób i sposobów zgłaszania problemów; zastosowanie materiałów dostępnych komunikacyjnie.</w:t>
            </w:r>
          </w:p>
        </w:tc>
        <w:tc>
          <w:tcPr>
            <w:tcW w:w="2408" w:type="dxa"/>
          </w:tcPr>
          <w:p w14:paraId="14686B5B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Wychowawcy, pedagog, psycholog</w:t>
            </w:r>
          </w:p>
        </w:tc>
        <w:tc>
          <w:tcPr>
            <w:tcW w:w="2408" w:type="dxa"/>
          </w:tcPr>
          <w:p w14:paraId="04EB486C" w14:textId="2A64A52D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wrzesień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2026 </w:t>
            </w:r>
            <w:r w:rsidR="00C05316">
              <w:rPr>
                <w:rFonts w:ascii="Times New Roman" w:hAnsi="Times New Roman" w:cs="Times New Roman"/>
                <w:sz w:val="22"/>
              </w:rPr>
              <w:br/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cyklicznie</w:t>
            </w:r>
            <w:proofErr w:type="spellEnd"/>
          </w:p>
        </w:tc>
        <w:tc>
          <w:tcPr>
            <w:tcW w:w="2408" w:type="dxa"/>
          </w:tcPr>
          <w:p w14:paraId="5145F9DA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zapisy w dokumentacji zajęć</w:t>
            </w:r>
          </w:p>
        </w:tc>
      </w:tr>
      <w:tr w:rsidR="005F14F2" w:rsidRPr="002741CB" w14:paraId="5DF57B28" w14:textId="77777777">
        <w:trPr>
          <w:jc w:val="center"/>
        </w:trPr>
        <w:tc>
          <w:tcPr>
            <w:tcW w:w="2408" w:type="dxa"/>
          </w:tcPr>
          <w:p w14:paraId="07F57204" w14:textId="77777777" w:rsidR="00C05316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 xml:space="preserve">Przekazanie rodzicom skróconej informacji </w:t>
            </w:r>
          </w:p>
          <w:p w14:paraId="6A02A795" w14:textId="77777777" w:rsidR="00C05316" w:rsidRPr="00E56104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 xml:space="preserve">o </w:t>
            </w:r>
            <w:proofErr w:type="spellStart"/>
            <w:r w:rsidRPr="00E56104">
              <w:rPr>
                <w:rFonts w:ascii="Times New Roman" w:hAnsi="Times New Roman" w:cs="Times New Roman"/>
                <w:sz w:val="22"/>
              </w:rPr>
              <w:t>Standardach</w:t>
            </w:r>
            <w:proofErr w:type="spellEnd"/>
            <w:r w:rsidRPr="00E56104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7BA2425F" w14:textId="6E23AF22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561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E561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56104">
              <w:rPr>
                <w:rFonts w:ascii="Times New Roman" w:hAnsi="Times New Roman" w:cs="Times New Roman"/>
                <w:sz w:val="22"/>
              </w:rPr>
              <w:t>kanałach</w:t>
            </w:r>
            <w:proofErr w:type="spellEnd"/>
            <w:r w:rsidRPr="00E561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56104">
              <w:rPr>
                <w:rFonts w:ascii="Times New Roman" w:hAnsi="Times New Roman" w:cs="Times New Roman"/>
                <w:sz w:val="22"/>
              </w:rPr>
              <w:t>pomocy</w:t>
            </w:r>
            <w:proofErr w:type="spellEnd"/>
            <w:r w:rsidRPr="00E561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408" w:type="dxa"/>
          </w:tcPr>
          <w:p w14:paraId="1AD92389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Wychowawcy / dyrekcja</w:t>
            </w:r>
          </w:p>
        </w:tc>
        <w:tc>
          <w:tcPr>
            <w:tcW w:w="2408" w:type="dxa"/>
          </w:tcPr>
          <w:p w14:paraId="1734FD56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pierwsze zebrania 2026/2027</w:t>
            </w:r>
          </w:p>
        </w:tc>
        <w:tc>
          <w:tcPr>
            <w:tcW w:w="2408" w:type="dxa"/>
          </w:tcPr>
          <w:p w14:paraId="7AF8E8E6" w14:textId="77777777" w:rsidR="00C05316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 xml:space="preserve">informacja </w:t>
            </w:r>
          </w:p>
          <w:p w14:paraId="66E7996B" w14:textId="02E3DF44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 xml:space="preserve">w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dzienniku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stronie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protokół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zebrania</w:t>
            </w:r>
            <w:proofErr w:type="spellEnd"/>
          </w:p>
        </w:tc>
      </w:tr>
      <w:tr w:rsidR="005F14F2" w:rsidRPr="002741CB" w14:paraId="33997632" w14:textId="77777777">
        <w:trPr>
          <w:jc w:val="center"/>
        </w:trPr>
        <w:tc>
          <w:tcPr>
            <w:tcW w:w="2408" w:type="dxa"/>
          </w:tcPr>
          <w:p w14:paraId="2D828CD7" w14:textId="3A0BBE69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Krótkie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szkolenie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personelu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reagowaniu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dokumentowaniu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05316">
              <w:rPr>
                <w:rFonts w:ascii="Times New Roman" w:hAnsi="Times New Roman" w:cs="Times New Roman"/>
                <w:sz w:val="22"/>
              </w:rPr>
              <w:br/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sytuacjach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granicznych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408" w:type="dxa"/>
          </w:tcPr>
          <w:p w14:paraId="0461EFBF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Dyrektor / specjaliści</w:t>
            </w:r>
          </w:p>
        </w:tc>
        <w:tc>
          <w:tcPr>
            <w:tcW w:w="2408" w:type="dxa"/>
          </w:tcPr>
          <w:p w14:paraId="3C372B7C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I półrocze 2026/2027</w:t>
            </w:r>
          </w:p>
        </w:tc>
        <w:tc>
          <w:tcPr>
            <w:tcW w:w="2408" w:type="dxa"/>
          </w:tcPr>
          <w:p w14:paraId="2B8BF742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lista obecności, materiały szkoleniowe</w:t>
            </w:r>
          </w:p>
        </w:tc>
      </w:tr>
      <w:tr w:rsidR="005F14F2" w:rsidRPr="002741CB" w14:paraId="203D24C5" w14:textId="77777777">
        <w:trPr>
          <w:jc w:val="center"/>
        </w:trPr>
        <w:tc>
          <w:tcPr>
            <w:tcW w:w="2408" w:type="dxa"/>
          </w:tcPr>
          <w:p w14:paraId="21582020" w14:textId="34427E42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Przegląd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wykazu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osób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odpowiedzialnych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E5366">
              <w:rPr>
                <w:rFonts w:ascii="Times New Roman" w:hAnsi="Times New Roman" w:cs="Times New Roman"/>
                <w:sz w:val="22"/>
              </w:rPr>
              <w:br/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danych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kontaktowych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408" w:type="dxa"/>
          </w:tcPr>
          <w:p w14:paraId="4CD53BCC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Dyrektor</w:t>
            </w:r>
          </w:p>
        </w:tc>
        <w:tc>
          <w:tcPr>
            <w:tcW w:w="2408" w:type="dxa"/>
          </w:tcPr>
          <w:p w14:paraId="2B63E896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co najmniej raz w roku i po zmianach kadrowych</w:t>
            </w:r>
          </w:p>
        </w:tc>
        <w:tc>
          <w:tcPr>
            <w:tcW w:w="2408" w:type="dxa"/>
          </w:tcPr>
          <w:p w14:paraId="32DE966A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aktualny załącznik/zarządzenie</w:t>
            </w:r>
          </w:p>
        </w:tc>
      </w:tr>
      <w:tr w:rsidR="005F14F2" w:rsidRPr="002741CB" w14:paraId="7B571057" w14:textId="77777777">
        <w:trPr>
          <w:jc w:val="center"/>
        </w:trPr>
        <w:tc>
          <w:tcPr>
            <w:tcW w:w="2408" w:type="dxa"/>
          </w:tcPr>
          <w:p w14:paraId="64B85F3F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Ponowna okresowa ocena Standardów.</w:t>
            </w:r>
          </w:p>
        </w:tc>
        <w:tc>
          <w:tcPr>
            <w:tcW w:w="2408" w:type="dxa"/>
          </w:tcPr>
          <w:p w14:paraId="102AF13F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Zespół ds. Standardów</w:t>
            </w:r>
          </w:p>
        </w:tc>
        <w:tc>
          <w:tcPr>
            <w:tcW w:w="2408" w:type="dxa"/>
          </w:tcPr>
          <w:p w14:paraId="5A75ACF1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nie później niż w ciągu 2 lat od niniejszej oceny</w:t>
            </w:r>
          </w:p>
        </w:tc>
        <w:tc>
          <w:tcPr>
            <w:tcW w:w="2408" w:type="dxa"/>
          </w:tcPr>
          <w:p w14:paraId="6F787616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pisemny protokół/arkusz oceny</w:t>
            </w:r>
          </w:p>
        </w:tc>
      </w:tr>
    </w:tbl>
    <w:p w14:paraId="561ADE9A" w14:textId="77777777" w:rsidR="005F14F2" w:rsidRPr="002741CB" w:rsidRDefault="00000000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t>6. Konkluzja</w:t>
      </w:r>
    </w:p>
    <w:p w14:paraId="61C5BC46" w14:textId="475BA6E3" w:rsidR="005F14F2" w:rsidRPr="002741CB" w:rsidRDefault="00000000" w:rsidP="007C212E">
      <w:pPr>
        <w:spacing w:after="80" w:line="259" w:lineRule="auto"/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t xml:space="preserve">Na podstawie przeprowadzonej oceny stwierdza się potrzebę aktualizacji Standardów Ochrony Małoletnich w zakresie wskazanym powyżej. </w:t>
      </w:r>
      <w:proofErr w:type="spellStart"/>
      <w:r w:rsidRPr="002741CB">
        <w:rPr>
          <w:rFonts w:ascii="Times New Roman" w:hAnsi="Times New Roman" w:cs="Times New Roman"/>
          <w:sz w:val="22"/>
        </w:rPr>
        <w:t>Przyjęte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zmiany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mają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charakter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porządkujący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41CB">
        <w:rPr>
          <w:rFonts w:ascii="Times New Roman" w:hAnsi="Times New Roman" w:cs="Times New Roman"/>
          <w:sz w:val="22"/>
        </w:rPr>
        <w:t>doprecyzowujący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r w:rsidR="007E5366">
        <w:rPr>
          <w:rFonts w:ascii="Times New Roman" w:hAnsi="Times New Roman" w:cs="Times New Roman"/>
          <w:sz w:val="22"/>
        </w:rPr>
        <w:br/>
      </w:r>
      <w:proofErr w:type="spellStart"/>
      <w:r w:rsidRPr="002741CB">
        <w:rPr>
          <w:rFonts w:ascii="Times New Roman" w:hAnsi="Times New Roman" w:cs="Times New Roman"/>
          <w:sz w:val="22"/>
        </w:rPr>
        <w:t>i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wzmacniający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praktyczne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stosowanie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41CB">
        <w:rPr>
          <w:rFonts w:ascii="Times New Roman" w:hAnsi="Times New Roman" w:cs="Times New Roman"/>
          <w:sz w:val="22"/>
        </w:rPr>
        <w:t>procedur</w:t>
      </w:r>
      <w:proofErr w:type="spellEnd"/>
      <w:r w:rsidRPr="002741CB">
        <w:rPr>
          <w:rFonts w:ascii="Times New Roman" w:hAnsi="Times New Roman" w:cs="Times New Roman"/>
          <w:sz w:val="22"/>
        </w:rPr>
        <w:t xml:space="preserve">. Po wdrożeniu rekomendacji dokumentacja będzie lepiej odpowiadała aktualnym potrzebom ZSS im. Marii Grzegorzewskiej w Zduńskiej Woli, w szczególności potrzebom uczniów z niepełnosprawnościami i specjalnymi potrzebami edukacyjnymi, oraz obowiązkowi okresowej oceny wynikającemu z art. 22c ust. 6 </w:t>
      </w:r>
      <w:proofErr w:type="spellStart"/>
      <w:r w:rsidRPr="002741CB">
        <w:rPr>
          <w:rFonts w:ascii="Times New Roman" w:hAnsi="Times New Roman" w:cs="Times New Roman"/>
          <w:sz w:val="22"/>
        </w:rPr>
        <w:t>ustawy</w:t>
      </w:r>
      <w:proofErr w:type="spellEnd"/>
      <w:r w:rsidRPr="002741CB">
        <w:rPr>
          <w:rFonts w:ascii="Times New Roman" w:hAnsi="Times New Roman" w:cs="Times New Roman"/>
          <w:sz w:val="22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52"/>
        <w:gridCol w:w="5980"/>
      </w:tblGrid>
      <w:tr w:rsidR="005F14F2" w:rsidRPr="002741CB" w14:paraId="060F2F07" w14:textId="77777777" w:rsidTr="007E5366">
        <w:tc>
          <w:tcPr>
            <w:tcW w:w="3652" w:type="dxa"/>
          </w:tcPr>
          <w:p w14:paraId="79D4AB82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 xml:space="preserve">Data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przeprowadzenia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741CB">
              <w:rPr>
                <w:rFonts w:ascii="Times New Roman" w:hAnsi="Times New Roman" w:cs="Times New Roman"/>
                <w:sz w:val="22"/>
              </w:rPr>
              <w:t>oceny</w:t>
            </w:r>
            <w:proofErr w:type="spellEnd"/>
            <w:r w:rsidRPr="002741CB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5980" w:type="dxa"/>
          </w:tcPr>
          <w:p w14:paraId="39972EF3" w14:textId="77777777" w:rsidR="005F14F2" w:rsidRDefault="007E5366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7E5366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13.08.2026r.</w:t>
            </w:r>
          </w:p>
          <w:p w14:paraId="6EC49183" w14:textId="4AF79A80" w:rsidR="007E5366" w:rsidRPr="007E5366" w:rsidRDefault="007E5366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</w:tr>
      <w:tr w:rsidR="005F14F2" w:rsidRPr="002741CB" w14:paraId="573AF17B" w14:textId="77777777" w:rsidTr="007E5366">
        <w:tc>
          <w:tcPr>
            <w:tcW w:w="3652" w:type="dxa"/>
          </w:tcPr>
          <w:p w14:paraId="0F8BCA55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Osoba/zespół dokonujący oceny:</w:t>
            </w:r>
          </w:p>
        </w:tc>
        <w:tc>
          <w:tcPr>
            <w:tcW w:w="5980" w:type="dxa"/>
          </w:tcPr>
          <w:p w14:paraId="29753128" w14:textId="391C6C9B" w:rsidR="005F14F2" w:rsidRDefault="007E5366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7E5366">
              <w:rPr>
                <w:rFonts w:ascii="Times New Roman" w:hAnsi="Times New Roman" w:cs="Times New Roman"/>
                <w:i/>
                <w:iCs/>
                <w:sz w:val="22"/>
              </w:rPr>
              <w:t xml:space="preserve">Anna Sroczyńska 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–</w:t>
            </w:r>
            <w:r w:rsidRPr="007E5366">
              <w:rPr>
                <w:rFonts w:ascii="Times New Roman" w:hAnsi="Times New Roman" w:cs="Times New Roman"/>
                <w:i/>
                <w:iCs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2"/>
              </w:rPr>
              <w:t>psycholog</w:t>
            </w:r>
            <w:proofErr w:type="spellEnd"/>
          </w:p>
          <w:p w14:paraId="00DDC77F" w14:textId="7DA68B8A" w:rsidR="007E5366" w:rsidRPr="007E5366" w:rsidRDefault="007E5366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</w:p>
        </w:tc>
      </w:tr>
      <w:tr w:rsidR="005F14F2" w:rsidRPr="002741CB" w14:paraId="568D77B3" w14:textId="77777777" w:rsidTr="007E5366">
        <w:tc>
          <w:tcPr>
            <w:tcW w:w="3652" w:type="dxa"/>
          </w:tcPr>
          <w:p w14:paraId="0B4EEB2E" w14:textId="77777777" w:rsidR="005F14F2" w:rsidRPr="002741CB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2741CB">
              <w:rPr>
                <w:rFonts w:ascii="Times New Roman" w:hAnsi="Times New Roman" w:cs="Times New Roman"/>
                <w:sz w:val="22"/>
              </w:rPr>
              <w:t>Zatwierdził dyrektor:</w:t>
            </w:r>
          </w:p>
        </w:tc>
        <w:tc>
          <w:tcPr>
            <w:tcW w:w="5980" w:type="dxa"/>
          </w:tcPr>
          <w:p w14:paraId="753153A5" w14:textId="77777777" w:rsidR="007E5366" w:rsidRDefault="007E5366" w:rsidP="007E5366">
            <w:pPr>
              <w:rPr>
                <w:rFonts w:ascii="Times New Roman" w:hAnsi="Times New Roman" w:cs="Times New Roman"/>
                <w:sz w:val="22"/>
              </w:rPr>
            </w:pPr>
          </w:p>
          <w:p w14:paraId="6CABF6E1" w14:textId="77777777" w:rsidR="007E5366" w:rsidRDefault="007E5366" w:rsidP="007E5366">
            <w:pPr>
              <w:rPr>
                <w:rFonts w:ascii="Times New Roman" w:hAnsi="Times New Roman" w:cs="Times New Roman"/>
                <w:sz w:val="22"/>
              </w:rPr>
            </w:pPr>
          </w:p>
          <w:p w14:paraId="37F36CC7" w14:textId="77777777" w:rsidR="007E5366" w:rsidRDefault="007E5366" w:rsidP="007E5366">
            <w:pPr>
              <w:rPr>
                <w:rFonts w:ascii="Times New Roman" w:hAnsi="Times New Roman" w:cs="Times New Roman"/>
                <w:sz w:val="22"/>
              </w:rPr>
            </w:pPr>
          </w:p>
          <w:p w14:paraId="092F83EE" w14:textId="77777777" w:rsidR="007E5366" w:rsidRDefault="007E5366" w:rsidP="007E5366">
            <w:pPr>
              <w:rPr>
                <w:rFonts w:ascii="Times New Roman" w:hAnsi="Times New Roman" w:cs="Times New Roman"/>
                <w:sz w:val="22"/>
              </w:rPr>
            </w:pPr>
          </w:p>
          <w:p w14:paraId="32307A5E" w14:textId="77777777" w:rsidR="007E5366" w:rsidRDefault="007E5366" w:rsidP="007E5366">
            <w:pPr>
              <w:rPr>
                <w:rFonts w:ascii="Times New Roman" w:hAnsi="Times New Roman" w:cs="Times New Roman"/>
                <w:sz w:val="22"/>
              </w:rPr>
            </w:pPr>
          </w:p>
          <w:p w14:paraId="6DA10D70" w14:textId="77777777" w:rsidR="007E5366" w:rsidRPr="002741CB" w:rsidRDefault="007E5366" w:rsidP="007E5366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C35EB2B" w14:textId="77777777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sz w:val="22"/>
        </w:rPr>
        <w:br w:type="page"/>
      </w:r>
    </w:p>
    <w:p w14:paraId="0B8B7BA2" w14:textId="77777777" w:rsidR="005F14F2" w:rsidRPr="002741CB" w:rsidRDefault="00000000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741CB">
        <w:rPr>
          <w:rFonts w:ascii="Times New Roman" w:hAnsi="Times New Roman" w:cs="Times New Roman"/>
          <w:sz w:val="22"/>
          <w:szCs w:val="22"/>
        </w:rPr>
        <w:lastRenderedPageBreak/>
        <w:t>Załącznik nr 1. Arkusz kolejnej okresowej oceny Standardów</w:t>
      </w:r>
    </w:p>
    <w:p w14:paraId="0112B35F" w14:textId="74087370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Data oceny: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4577FBDC" w14:textId="3FA1D9F4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Skład zespołu/osoba dokonująca oceny: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2705F12E" w14:textId="7030C291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Źródła wykorzystane w ocenie: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2A0230E1" w14:textId="6DDDF200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Zmiany w przepisach prawa od poprzedniej oceny: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3119DFF0" w14:textId="4DA329B4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Wnioski z interwencji i dokumentacji: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48B0B681" w14:textId="31EA4A4D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Wnioski pracowników: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3E56552B" w14:textId="2BF3D1EE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Wnioski uczniów: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Pr="002741CB">
        <w:rPr>
          <w:rFonts w:ascii="Times New Roman" w:hAnsi="Times New Roman" w:cs="Times New Roman"/>
          <w:sz w:val="22"/>
        </w:rPr>
        <w:br/>
      </w:r>
      <w:r w:rsidRPr="002741CB">
        <w:rPr>
          <w:rFonts w:ascii="Times New Roman" w:hAnsi="Times New Roman" w:cs="Times New Roman"/>
          <w:sz w:val="22"/>
        </w:rPr>
        <w:lastRenderedPageBreak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110E3874" w14:textId="21DDA809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Wnioski rodziców/opiekunów: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699867D8" w14:textId="402F6AB0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Ocena dostępności dla uczniów z niepełnosprawnościami i SPE: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16D4C208" w14:textId="76E507F0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Stwierdzone potrzeby zmian: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7B246A58" w14:textId="31CF0830" w:rsidR="005F14F2" w:rsidRPr="002741CB" w:rsidRDefault="00000000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Rekomendowane działania i terminy: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46286F25" w14:textId="77777777" w:rsidR="007E5366" w:rsidRPr="002741CB" w:rsidRDefault="00000000" w:rsidP="007E5366">
      <w:pPr>
        <w:rPr>
          <w:rFonts w:ascii="Times New Roman" w:hAnsi="Times New Roman" w:cs="Times New Roman"/>
          <w:sz w:val="22"/>
        </w:rPr>
      </w:pPr>
      <w:r w:rsidRPr="002741CB">
        <w:rPr>
          <w:rFonts w:ascii="Times New Roman" w:hAnsi="Times New Roman" w:cs="Times New Roman"/>
          <w:b/>
          <w:sz w:val="22"/>
        </w:rPr>
        <w:t>Data zatwierdzenia zmian:</w:t>
      </w:r>
      <w:r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t>_______________________________________________________________________________________</w:t>
      </w:r>
      <w:r w:rsidR="007E5366" w:rsidRPr="002741CB">
        <w:rPr>
          <w:rFonts w:ascii="Times New Roman" w:hAnsi="Times New Roman" w:cs="Times New Roman"/>
          <w:sz w:val="22"/>
        </w:rPr>
        <w:br/>
        <w:t>_______________________________________________________________________________________</w:t>
      </w:r>
    </w:p>
    <w:p w14:paraId="0FDC485C" w14:textId="77777777" w:rsidR="00F7695B" w:rsidRPr="00F7695B" w:rsidRDefault="00F7695B" w:rsidP="00F7695B">
      <w:pPr>
        <w:rPr>
          <w:rFonts w:ascii="Times New Roman" w:hAnsi="Times New Roman" w:cs="Times New Roman"/>
          <w:b/>
          <w:bCs/>
          <w:sz w:val="22"/>
          <w:lang w:val="pl-PL"/>
        </w:rPr>
      </w:pPr>
      <w:r>
        <w:br w:type="column"/>
      </w:r>
      <w:r w:rsidRPr="00F7695B">
        <w:rPr>
          <w:rFonts w:ascii="Times New Roman" w:hAnsi="Times New Roman" w:cs="Times New Roman"/>
          <w:b/>
          <w:bCs/>
          <w:sz w:val="22"/>
          <w:lang w:val="pl-PL"/>
        </w:rPr>
        <w:lastRenderedPageBreak/>
        <w:t>ZAŁĄCZNIK NR …</w:t>
      </w:r>
    </w:p>
    <w:p w14:paraId="30E26B40" w14:textId="4D65572C" w:rsidR="00F7695B" w:rsidRPr="00F7695B" w:rsidRDefault="00F7695B" w:rsidP="00F7695B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  <w:r w:rsidRPr="00F7695B">
        <w:rPr>
          <w:rFonts w:ascii="Times New Roman" w:hAnsi="Times New Roman" w:cs="Times New Roman"/>
          <w:b/>
          <w:bCs/>
          <w:sz w:val="22"/>
          <w:lang w:val="pl-PL"/>
        </w:rPr>
        <w:t xml:space="preserve">WYKAZ OSÓB/FUNKCJI ODPOWIEDZIALNYCH ZA REALIZACJĘ </w:t>
      </w:r>
      <w:r>
        <w:rPr>
          <w:rFonts w:ascii="Times New Roman" w:hAnsi="Times New Roman" w:cs="Times New Roman"/>
          <w:b/>
          <w:bCs/>
          <w:sz w:val="22"/>
          <w:lang w:val="pl-PL"/>
        </w:rPr>
        <w:br/>
      </w:r>
      <w:r w:rsidRPr="00F7695B">
        <w:rPr>
          <w:rFonts w:ascii="Times New Roman" w:hAnsi="Times New Roman" w:cs="Times New Roman"/>
          <w:b/>
          <w:bCs/>
          <w:sz w:val="22"/>
          <w:lang w:val="pl-PL"/>
        </w:rPr>
        <w:t>STANDARDÓW OCHRONY MAŁOLETNICH</w:t>
      </w:r>
      <w:r>
        <w:rPr>
          <w:rFonts w:ascii="Times New Roman" w:hAnsi="Times New Roman" w:cs="Times New Roman"/>
          <w:b/>
          <w:bCs/>
          <w:sz w:val="22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sz w:val="22"/>
          <w:lang w:val="pl-PL"/>
        </w:rPr>
        <w:br/>
        <w:t xml:space="preserve">w </w:t>
      </w:r>
      <w:r w:rsidRPr="00F7695B">
        <w:rPr>
          <w:rFonts w:ascii="Times New Roman" w:hAnsi="Times New Roman" w:cs="Times New Roman"/>
          <w:b/>
          <w:bCs/>
          <w:sz w:val="22"/>
          <w:lang w:val="pl-PL"/>
        </w:rPr>
        <w:t>Zesp</w:t>
      </w:r>
      <w:r>
        <w:rPr>
          <w:rFonts w:ascii="Times New Roman" w:hAnsi="Times New Roman" w:cs="Times New Roman"/>
          <w:b/>
          <w:bCs/>
          <w:sz w:val="22"/>
          <w:lang w:val="pl-PL"/>
        </w:rPr>
        <w:t>ole</w:t>
      </w:r>
      <w:r w:rsidRPr="00F7695B">
        <w:rPr>
          <w:rFonts w:ascii="Times New Roman" w:hAnsi="Times New Roman" w:cs="Times New Roman"/>
          <w:b/>
          <w:bCs/>
          <w:sz w:val="22"/>
          <w:lang w:val="pl-PL"/>
        </w:rPr>
        <w:t xml:space="preserve"> Szkół Specjalnych im. Marii Grzegorzewskiej w Zduńskiej Woli</w:t>
      </w:r>
    </w:p>
    <w:p w14:paraId="79395242" w14:textId="1B146271" w:rsidR="00F7695B" w:rsidRPr="00F7695B" w:rsidRDefault="00F7695B" w:rsidP="00F7695B">
      <w:p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b/>
          <w:bCs/>
          <w:sz w:val="22"/>
          <w:lang w:val="pl-PL"/>
        </w:rPr>
        <w:t>Rok szkolny:</w:t>
      </w:r>
      <w:r w:rsidRPr="00F7695B">
        <w:rPr>
          <w:rFonts w:ascii="Times New Roman" w:hAnsi="Times New Roman" w:cs="Times New Roman"/>
          <w:sz w:val="22"/>
          <w:lang w:val="pl-PL"/>
        </w:rPr>
        <w:t xml:space="preserve"> </w:t>
      </w:r>
      <w:r>
        <w:rPr>
          <w:rFonts w:ascii="Times New Roman" w:hAnsi="Times New Roman" w:cs="Times New Roman"/>
          <w:sz w:val="22"/>
          <w:lang w:val="pl-PL"/>
        </w:rPr>
        <w:tab/>
      </w:r>
      <w:r>
        <w:rPr>
          <w:rFonts w:ascii="Times New Roman" w:hAnsi="Times New Roman" w:cs="Times New Roman"/>
          <w:sz w:val="22"/>
          <w:lang w:val="pl-PL"/>
        </w:rPr>
        <w:tab/>
      </w:r>
      <w:r>
        <w:rPr>
          <w:rFonts w:ascii="Times New Roman" w:hAnsi="Times New Roman" w:cs="Times New Roman"/>
          <w:sz w:val="22"/>
          <w:lang w:val="pl-PL"/>
        </w:rPr>
        <w:tab/>
      </w:r>
      <w:r w:rsidRPr="00F7695B">
        <w:rPr>
          <w:rFonts w:ascii="Times New Roman" w:hAnsi="Times New Roman" w:cs="Times New Roman"/>
          <w:sz w:val="22"/>
          <w:lang w:val="pl-PL"/>
        </w:rPr>
        <w:t>2026/2027</w:t>
      </w:r>
      <w:r w:rsidRPr="00F7695B">
        <w:rPr>
          <w:rFonts w:ascii="Times New Roman" w:hAnsi="Times New Roman" w:cs="Times New Roman"/>
          <w:sz w:val="22"/>
          <w:lang w:val="pl-PL"/>
        </w:rPr>
        <w:br/>
      </w:r>
      <w:r w:rsidRPr="00F7695B">
        <w:rPr>
          <w:rFonts w:ascii="Times New Roman" w:hAnsi="Times New Roman" w:cs="Times New Roman"/>
          <w:b/>
          <w:bCs/>
          <w:sz w:val="22"/>
          <w:lang w:val="pl-PL"/>
        </w:rPr>
        <w:t>Data aktualizacji wykazu:</w:t>
      </w:r>
      <w:r w:rsidRPr="00F7695B">
        <w:rPr>
          <w:rFonts w:ascii="Times New Roman" w:hAnsi="Times New Roman" w:cs="Times New Roman"/>
          <w:sz w:val="22"/>
          <w:lang w:val="pl-PL"/>
        </w:rPr>
        <w:t xml:space="preserve"> </w:t>
      </w:r>
      <w:r>
        <w:rPr>
          <w:rFonts w:ascii="Times New Roman" w:hAnsi="Times New Roman" w:cs="Times New Roman"/>
          <w:sz w:val="22"/>
          <w:lang w:val="pl-PL"/>
        </w:rPr>
        <w:tab/>
        <w:t>14.08.2026r.</w:t>
      </w:r>
    </w:p>
    <w:p w14:paraId="2715B047" w14:textId="77777777" w:rsidR="00F7695B" w:rsidRPr="00F7695B" w:rsidRDefault="00F7695B" w:rsidP="00F7695B">
      <w:p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sz w:val="22"/>
          <w:lang w:val="pl-PL"/>
        </w:rPr>
        <w:t>Niniejszy wykaz określa osoby/funkcje odpowiedzialne za realizację poszczególnych zadań wynikających ze Standardów Ochrony Małoletnich obowiązujących w Zespole Szkół Specjalnych im. Marii Grzegorzewskiej w Zduńskiej Woli.</w:t>
      </w:r>
    </w:p>
    <w:tbl>
      <w:tblPr>
        <w:tblW w:w="101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"/>
        <w:gridCol w:w="2463"/>
        <w:gridCol w:w="2457"/>
        <w:gridCol w:w="1843"/>
        <w:gridCol w:w="2977"/>
      </w:tblGrid>
      <w:tr w:rsidR="00FB68D0" w:rsidRPr="00F7695B" w14:paraId="6D4E1BDB" w14:textId="77777777" w:rsidTr="00FB68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1868D7" w14:textId="77777777" w:rsidR="00F7695B" w:rsidRPr="00F7695B" w:rsidRDefault="00F7695B" w:rsidP="00F769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717AB9CC" w14:textId="77777777" w:rsidR="00F7695B" w:rsidRPr="00F7695B" w:rsidRDefault="00F7695B" w:rsidP="00F769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Zakres odpowiedzialności</w:t>
            </w:r>
          </w:p>
        </w:tc>
        <w:tc>
          <w:tcPr>
            <w:tcW w:w="2427" w:type="dxa"/>
            <w:vAlign w:val="center"/>
            <w:hideMark/>
          </w:tcPr>
          <w:p w14:paraId="0C36C212" w14:textId="77777777" w:rsidR="00F7695B" w:rsidRPr="00F7695B" w:rsidRDefault="00F7695B" w:rsidP="00F769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Osoba/funkcja odpowiedzialna</w:t>
            </w:r>
          </w:p>
        </w:tc>
        <w:tc>
          <w:tcPr>
            <w:tcW w:w="1813" w:type="dxa"/>
            <w:vAlign w:val="center"/>
            <w:hideMark/>
          </w:tcPr>
          <w:p w14:paraId="2BBFE2DD" w14:textId="77777777" w:rsidR="00F7695B" w:rsidRPr="00F7695B" w:rsidRDefault="00F7695B" w:rsidP="00F769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Osoba zastępująca</w:t>
            </w:r>
          </w:p>
        </w:tc>
        <w:tc>
          <w:tcPr>
            <w:tcW w:w="2932" w:type="dxa"/>
            <w:vAlign w:val="center"/>
            <w:hideMark/>
          </w:tcPr>
          <w:p w14:paraId="7B6F0635" w14:textId="77777777" w:rsidR="00F7695B" w:rsidRPr="00F7695B" w:rsidRDefault="00F7695B" w:rsidP="00F7695B">
            <w:pPr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  <w:t>Sposób kontaktu / miejsce zgłoszenia</w:t>
            </w:r>
          </w:p>
        </w:tc>
      </w:tr>
      <w:tr w:rsidR="00FB68D0" w:rsidRPr="00F7695B" w14:paraId="20EF3D89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FA375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97EA5EE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Przyjmowanie zgłoszeń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 zdarzeniach zagrażających małoletniemu, podejrzeniu krzywdzenia lub krzywdzeniu małoletniego</w:t>
            </w:r>
          </w:p>
        </w:tc>
        <w:tc>
          <w:tcPr>
            <w:tcW w:w="2427" w:type="dxa"/>
            <w:vAlign w:val="center"/>
            <w:hideMark/>
          </w:tcPr>
          <w:p w14:paraId="3AB080EA" w14:textId="115095C9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BOGDAN PAWLAK – pedagog szkolny</w:t>
            </w:r>
          </w:p>
        </w:tc>
        <w:tc>
          <w:tcPr>
            <w:tcW w:w="1813" w:type="dxa"/>
            <w:vAlign w:val="center"/>
            <w:hideMark/>
          </w:tcPr>
          <w:p w14:paraId="204E689A" w14:textId="0D1488D0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ANNA SROCZYŃSKA - psycholog</w:t>
            </w:r>
          </w:p>
        </w:tc>
        <w:tc>
          <w:tcPr>
            <w:tcW w:w="2932" w:type="dxa"/>
            <w:vAlign w:val="center"/>
            <w:hideMark/>
          </w:tcPr>
          <w:p w14:paraId="5423F76E" w14:textId="7E3922B4" w:rsidR="00F7695B" w:rsidRPr="00FB68D0" w:rsidRDefault="00F7695B" w:rsidP="00F7695B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Zgłoszenie osobiste w gabinecie pedagoga szkolnego/ psychologa /dyrektora szkoły</w:t>
            </w:r>
          </w:p>
          <w:p w14:paraId="7B0F9C61" w14:textId="009DBD77" w:rsidR="00F7695B" w:rsidRPr="00F7695B" w:rsidRDefault="00F7695B" w:rsidP="00F7695B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2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sytuacjach koniecznych zgłoszenie telefoniczne a w najbliższym możliwym terminie kontakt osobisty (pkt 1.)</w:t>
            </w:r>
          </w:p>
        </w:tc>
      </w:tr>
      <w:tr w:rsidR="00FB68D0" w:rsidRPr="00F7695B" w14:paraId="437763DE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873D5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66207BA8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Udzielanie pierwszego wsparcia małoletniemu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 otrzymaniu zgłoszenia</w:t>
            </w:r>
          </w:p>
        </w:tc>
        <w:tc>
          <w:tcPr>
            <w:tcW w:w="2427" w:type="dxa"/>
            <w:vAlign w:val="center"/>
            <w:hideMark/>
          </w:tcPr>
          <w:p w14:paraId="0734CE9A" w14:textId="5204671D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BOGDAN PAWLAK – pedagog szkolny</w:t>
            </w:r>
            <w:r w:rsid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i/lub wyznaczona osoba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każdy pracownik który jako pierwszy posiadł informacje o zdarzeniu </w:t>
            </w:r>
          </w:p>
        </w:tc>
        <w:tc>
          <w:tcPr>
            <w:tcW w:w="1813" w:type="dxa"/>
            <w:vAlign w:val="center"/>
            <w:hideMark/>
          </w:tcPr>
          <w:p w14:paraId="0FE69302" w14:textId="18879919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ANNA SROCZYŃSKA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psycholog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i/lub wyznaczona osoba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każdy pracownik który jako pierwszy posiadł informacje o zdarzeniu</w:t>
            </w:r>
          </w:p>
        </w:tc>
        <w:tc>
          <w:tcPr>
            <w:tcW w:w="2932" w:type="dxa"/>
            <w:vAlign w:val="center"/>
            <w:hideMark/>
          </w:tcPr>
          <w:p w14:paraId="1BA27BE3" w14:textId="6066C12B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Kontakt bezpośredni, rozmowa i in</w:t>
            </w:r>
          </w:p>
        </w:tc>
      </w:tr>
      <w:tr w:rsidR="00FB68D0" w:rsidRPr="00F7695B" w14:paraId="17021F73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F2286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4F1C5794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Koordynowanie i prowadzenie interwencji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 przypadku podejrzenia krzywdzenia lub ujawnienia krzywdzenia małoletniego</w:t>
            </w:r>
          </w:p>
        </w:tc>
        <w:tc>
          <w:tcPr>
            <w:tcW w:w="2427" w:type="dxa"/>
            <w:vAlign w:val="center"/>
            <w:hideMark/>
          </w:tcPr>
          <w:p w14:paraId="0D58ADFF" w14:textId="1F932EA2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BOGDAN PAWLAK – pedagog szkolny</w:t>
            </w:r>
          </w:p>
        </w:tc>
        <w:tc>
          <w:tcPr>
            <w:tcW w:w="1813" w:type="dxa"/>
            <w:vAlign w:val="center"/>
            <w:hideMark/>
          </w:tcPr>
          <w:p w14:paraId="1E17D253" w14:textId="0E925FA3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ANNA SROCZYŃSKA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psycholog</w:t>
            </w:r>
          </w:p>
        </w:tc>
        <w:tc>
          <w:tcPr>
            <w:tcW w:w="2932" w:type="dxa"/>
            <w:vAlign w:val="center"/>
            <w:hideMark/>
          </w:tcPr>
          <w:p w14:paraId="12EC86F5" w14:textId="27E8652D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Zgodnie z obowiązującymi  w szkole procedurami i przepisami prawa</w:t>
            </w:r>
          </w:p>
        </w:tc>
      </w:tr>
      <w:tr w:rsidR="00FB68D0" w:rsidRPr="00F7695B" w14:paraId="115C2AB3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D4C54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CE60C48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Powołanie i koordynowanie pracy zespołu interwencyjnego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jeżeli sytuacja tego wymaga</w:t>
            </w:r>
          </w:p>
        </w:tc>
        <w:tc>
          <w:tcPr>
            <w:tcW w:w="2427" w:type="dxa"/>
            <w:vAlign w:val="center"/>
            <w:hideMark/>
          </w:tcPr>
          <w:p w14:paraId="1071F0DD" w14:textId="3B8248AB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BOGDAN PAWLAK – pedagog szkolny</w:t>
            </w:r>
          </w:p>
        </w:tc>
        <w:tc>
          <w:tcPr>
            <w:tcW w:w="1813" w:type="dxa"/>
            <w:vAlign w:val="center"/>
            <w:hideMark/>
          </w:tcPr>
          <w:p w14:paraId="7E32056E" w14:textId="0D49B728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ANNA SROCZYŃSKA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psycholog</w:t>
            </w:r>
          </w:p>
        </w:tc>
        <w:tc>
          <w:tcPr>
            <w:tcW w:w="2932" w:type="dxa"/>
            <w:vAlign w:val="center"/>
            <w:hideMark/>
          </w:tcPr>
          <w:p w14:paraId="6007412C" w14:textId="0AD76F9E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Zgodnie z procedurami interwencyjnymi </w:t>
            </w:r>
          </w:p>
        </w:tc>
      </w:tr>
      <w:tr w:rsidR="00FB68D0" w:rsidRPr="00F7695B" w14:paraId="5BA5042E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ED638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5ACCD6DE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Opracowanie i koordynowanie planu wsparcia małoletniego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 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ujawnieniu krzywdzenia</w:t>
            </w:r>
          </w:p>
        </w:tc>
        <w:tc>
          <w:tcPr>
            <w:tcW w:w="2427" w:type="dxa"/>
            <w:vAlign w:val="center"/>
            <w:hideMark/>
          </w:tcPr>
          <w:p w14:paraId="7F5BE926" w14:textId="12A2175A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BOGDAN PAWLAK – pedagog szkolny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wraz z 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zespołem interwencyjnym </w:t>
            </w:r>
          </w:p>
        </w:tc>
        <w:tc>
          <w:tcPr>
            <w:tcW w:w="1813" w:type="dxa"/>
            <w:vAlign w:val="center"/>
            <w:hideMark/>
          </w:tcPr>
          <w:p w14:paraId="040C433B" w14:textId="29A936E4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ANNA SROCZYŃSKA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psycholog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wraz z 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zespołem interwencyjnym</w:t>
            </w:r>
          </w:p>
        </w:tc>
        <w:tc>
          <w:tcPr>
            <w:tcW w:w="2932" w:type="dxa"/>
            <w:vAlign w:val="center"/>
            <w:hideMark/>
          </w:tcPr>
          <w:p w14:paraId="657BDB9D" w14:textId="12B1744D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Zgodnie z procedurami interwencyjnymi </w:t>
            </w:r>
          </w:p>
        </w:tc>
      </w:tr>
      <w:tr w:rsidR="00FB68D0" w:rsidRPr="00F7695B" w14:paraId="0C2BDEFB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E32FF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24175C1F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Składanie zawiadomienia o podejrzeniu popełnienia przestępstwa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na szkodę małoletniego do Policji lub prokuratury</w:t>
            </w:r>
          </w:p>
        </w:tc>
        <w:tc>
          <w:tcPr>
            <w:tcW w:w="2427" w:type="dxa"/>
            <w:vAlign w:val="center"/>
            <w:hideMark/>
          </w:tcPr>
          <w:p w14:paraId="2F35D1ED" w14:textId="1375EACD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RENATA KOSIŃSKA – dyrektor ZSS w Zduńskiej Woli</w:t>
            </w:r>
          </w:p>
        </w:tc>
        <w:tc>
          <w:tcPr>
            <w:tcW w:w="1813" w:type="dxa"/>
            <w:vAlign w:val="center"/>
            <w:hideMark/>
          </w:tcPr>
          <w:p w14:paraId="3EC34192" w14:textId="685DB1A9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</w:t>
            </w:r>
            <w:proofErr w:type="spellStart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Badziak</w:t>
            </w:r>
            <w:proofErr w:type="spellEnd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wicedyrektor </w:t>
            </w:r>
          </w:p>
        </w:tc>
        <w:tc>
          <w:tcPr>
            <w:tcW w:w="2932" w:type="dxa"/>
            <w:vAlign w:val="center"/>
            <w:hideMark/>
          </w:tcPr>
          <w:p w14:paraId="63B75B06" w14:textId="5B552C9D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Pisemnie 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 Policji lub prokuratury</w:t>
            </w:r>
          </w:p>
        </w:tc>
      </w:tr>
      <w:tr w:rsidR="00FB68D0" w:rsidRPr="00F7695B" w14:paraId="662B30A2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608F2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0A61E384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Składanie wniosku do sądu opiekuńczego/rodzinnego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w szczególności o wgląd w sytuację dziecka i rodziny</w:t>
            </w:r>
          </w:p>
        </w:tc>
        <w:tc>
          <w:tcPr>
            <w:tcW w:w="2427" w:type="dxa"/>
            <w:vAlign w:val="center"/>
            <w:hideMark/>
          </w:tcPr>
          <w:p w14:paraId="6861E9E3" w14:textId="2DEC5E2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RENATA KOSIŃSKA – dyrektor ZSS w Zduńskiej Woli</w:t>
            </w:r>
          </w:p>
        </w:tc>
        <w:tc>
          <w:tcPr>
            <w:tcW w:w="1813" w:type="dxa"/>
            <w:vAlign w:val="center"/>
            <w:hideMark/>
          </w:tcPr>
          <w:p w14:paraId="0F568661" w14:textId="11F9F625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</w:t>
            </w:r>
            <w:proofErr w:type="spellStart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Badziak</w:t>
            </w:r>
            <w:proofErr w:type="spellEnd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wicedyrektor </w:t>
            </w:r>
          </w:p>
        </w:tc>
        <w:tc>
          <w:tcPr>
            <w:tcW w:w="2932" w:type="dxa"/>
            <w:vAlign w:val="center"/>
            <w:hideMark/>
          </w:tcPr>
          <w:p w14:paraId="056DF3B6" w14:textId="182B1B23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Pisemnie d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 sądu opiekuńczego/rodzinnego</w:t>
            </w:r>
          </w:p>
        </w:tc>
      </w:tr>
      <w:tr w:rsidR="00FB68D0" w:rsidRPr="00F7695B" w14:paraId="113BF631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59470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654C6181" w14:textId="77777777" w:rsidR="00F7695B" w:rsidRPr="00F7695B" w:rsidRDefault="00F7695B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Wszczynanie procedury „Niebieskie Karty”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 przypadkach określonych przepisami prawa</w:t>
            </w:r>
          </w:p>
        </w:tc>
        <w:tc>
          <w:tcPr>
            <w:tcW w:w="2427" w:type="dxa"/>
            <w:vAlign w:val="center"/>
            <w:hideMark/>
          </w:tcPr>
          <w:p w14:paraId="3E458361" w14:textId="18BE4688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BOGDAN PAWLAK – pedagog szkolny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 wiedzą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RENAT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Y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KOSIŃSK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IEJ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dyrektor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ZSS w Zduńskiej Woli</w:t>
            </w:r>
          </w:p>
        </w:tc>
        <w:tc>
          <w:tcPr>
            <w:tcW w:w="1813" w:type="dxa"/>
            <w:vAlign w:val="center"/>
            <w:hideMark/>
          </w:tcPr>
          <w:p w14:paraId="0BCE0133" w14:textId="0AB14073" w:rsidR="00F7695B" w:rsidRPr="00F7695B" w:rsidRDefault="00FB68D0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ANNA SROCZYŃSKA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psycholog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 wiedzą RENATY KOSIŃSKIEJ – dyrektora ZSS w Zduńskiej Woli</w:t>
            </w:r>
          </w:p>
        </w:tc>
        <w:tc>
          <w:tcPr>
            <w:tcW w:w="2932" w:type="dxa"/>
            <w:vAlign w:val="center"/>
            <w:hideMark/>
          </w:tcPr>
          <w:p w14:paraId="7910B6A6" w14:textId="167AD84C" w:rsidR="00F7695B" w:rsidRPr="00F7695B" w:rsidRDefault="001304FA" w:rsidP="00F7695B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zgodnie z przepisami i procedurami NK</w:t>
            </w:r>
          </w:p>
        </w:tc>
      </w:tr>
      <w:tr w:rsidR="00FB68D0" w:rsidRPr="00F7695B" w14:paraId="0D0331CD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08141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454B7115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Dokumentowanie interwencji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prowadzenie kart interwencji oraz rejestru zgłoszeń/zdarzeń</w:t>
            </w:r>
          </w:p>
        </w:tc>
        <w:tc>
          <w:tcPr>
            <w:tcW w:w="2427" w:type="dxa"/>
            <w:vAlign w:val="center"/>
            <w:hideMark/>
          </w:tcPr>
          <w:p w14:paraId="7A3DFDA1" w14:textId="29E379C9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BOGDAN PAWLAK – pedagog szkolny</w:t>
            </w:r>
          </w:p>
        </w:tc>
        <w:tc>
          <w:tcPr>
            <w:tcW w:w="1813" w:type="dxa"/>
            <w:vAlign w:val="center"/>
            <w:hideMark/>
          </w:tcPr>
          <w:p w14:paraId="373802DF" w14:textId="605009C6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ANNA SROCZYŃSKA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psycholog</w:t>
            </w:r>
          </w:p>
        </w:tc>
        <w:tc>
          <w:tcPr>
            <w:tcW w:w="2932" w:type="dxa"/>
            <w:vAlign w:val="center"/>
            <w:hideMark/>
          </w:tcPr>
          <w:p w14:paraId="7AD308BD" w14:textId="1086F102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kart interwencji oraz rejestru zgłoszeń/zdarzeń</w:t>
            </w:r>
          </w:p>
        </w:tc>
      </w:tr>
      <w:tr w:rsidR="00FB68D0" w:rsidRPr="00F7695B" w14:paraId="25C60B07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A31C1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0C73A05E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Przygotowanie personelu do stosowania Standardów Ochrony Małoletnich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w tym organizowanie instruktaży, przypomnień i szkoleń</w:t>
            </w:r>
          </w:p>
        </w:tc>
        <w:tc>
          <w:tcPr>
            <w:tcW w:w="2427" w:type="dxa"/>
            <w:vAlign w:val="center"/>
            <w:hideMark/>
          </w:tcPr>
          <w:p w14:paraId="4ADBF52A" w14:textId="09C33F45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RENATA KOSIŃSKA – dyrektor ZSS w Zduńskiej Woli</w:t>
            </w:r>
          </w:p>
        </w:tc>
        <w:tc>
          <w:tcPr>
            <w:tcW w:w="1813" w:type="dxa"/>
            <w:vAlign w:val="center"/>
            <w:hideMark/>
          </w:tcPr>
          <w:p w14:paraId="73591CE1" w14:textId="0E1E9C66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</w:t>
            </w:r>
            <w:proofErr w:type="spellStart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Badziak</w:t>
            </w:r>
            <w:proofErr w:type="spellEnd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wicedyrektor</w:t>
            </w:r>
          </w:p>
        </w:tc>
        <w:tc>
          <w:tcPr>
            <w:tcW w:w="2932" w:type="dxa"/>
            <w:vAlign w:val="center"/>
            <w:hideMark/>
          </w:tcPr>
          <w:p w14:paraId="3CB5CEA9" w14:textId="0AB0BA41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Dokumentacja szkoły</w:t>
            </w:r>
          </w:p>
        </w:tc>
      </w:tr>
      <w:tr w:rsidR="00FB68D0" w:rsidRPr="00F7695B" w14:paraId="3D642952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1D905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110F679E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Zapoznawanie nowych pracowników, praktykantów, wolontariuszy i innych osób dopuszczanych do pracy z małoletnimi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ze Standardami</w:t>
            </w:r>
          </w:p>
        </w:tc>
        <w:tc>
          <w:tcPr>
            <w:tcW w:w="2427" w:type="dxa"/>
            <w:vAlign w:val="center"/>
            <w:hideMark/>
          </w:tcPr>
          <w:p w14:paraId="1706C0DD" w14:textId="16D59222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RENATA KOSIŃSKA – dyrektor ZSS w Zduńskiej Woli</w:t>
            </w:r>
          </w:p>
        </w:tc>
        <w:tc>
          <w:tcPr>
            <w:tcW w:w="1813" w:type="dxa"/>
            <w:vAlign w:val="center"/>
            <w:hideMark/>
          </w:tcPr>
          <w:p w14:paraId="7921950E" w14:textId="60A8730E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Renata Badziak – wicedyrektor</w:t>
            </w:r>
          </w:p>
        </w:tc>
        <w:tc>
          <w:tcPr>
            <w:tcW w:w="2932" w:type="dxa"/>
            <w:vAlign w:val="center"/>
            <w:hideMark/>
          </w:tcPr>
          <w:p w14:paraId="186031D3" w14:textId="1D49D938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Dokumentacja szkoły</w:t>
            </w:r>
          </w:p>
        </w:tc>
      </w:tr>
      <w:tr w:rsidR="00FB68D0" w:rsidRPr="00F7695B" w14:paraId="5F0FF779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1F512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68739BE9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Monitorowanie realizacji Standardów Ochrony Małoletnich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 placówce</w:t>
            </w:r>
          </w:p>
        </w:tc>
        <w:tc>
          <w:tcPr>
            <w:tcW w:w="2427" w:type="dxa"/>
            <w:vAlign w:val="center"/>
            <w:hideMark/>
          </w:tcPr>
          <w:p w14:paraId="36313AD2" w14:textId="3AC00BD5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RENATA KOSIŃSKA – dyrektor ZSS w Zduńskiej Woli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wraz z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wyznaczony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pracownik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r w:rsidR="001304F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zespół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ds.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SOM</w:t>
            </w:r>
          </w:p>
        </w:tc>
        <w:tc>
          <w:tcPr>
            <w:tcW w:w="1813" w:type="dxa"/>
            <w:vAlign w:val="center"/>
            <w:hideMark/>
          </w:tcPr>
          <w:p w14:paraId="19AA69D3" w14:textId="330E01D6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Renata </w:t>
            </w:r>
            <w:proofErr w:type="spellStart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Badziak</w:t>
            </w:r>
            <w:proofErr w:type="spellEnd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wicedyrektor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wraz z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wyznaczony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pracownik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zespół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ds. SOM</w:t>
            </w:r>
          </w:p>
        </w:tc>
        <w:tc>
          <w:tcPr>
            <w:tcW w:w="2932" w:type="dxa"/>
            <w:vAlign w:val="center"/>
            <w:hideMark/>
          </w:tcPr>
          <w:p w14:paraId="39AA8DD5" w14:textId="7CCE7EEE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Pisemna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cena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Standardów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Ochrony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Małoletnich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dokumentacji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szkoły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B68D0" w:rsidRPr="00F7695B" w14:paraId="1F2DCA53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5C7A9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471944AF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Organizowanie okresowej oceny Standardów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nie rzadziej niż raz na dwa lata, oraz pisemne dokumentowanie wniosków z oceny</w:t>
            </w:r>
          </w:p>
        </w:tc>
        <w:tc>
          <w:tcPr>
            <w:tcW w:w="2427" w:type="dxa"/>
            <w:vAlign w:val="center"/>
            <w:hideMark/>
          </w:tcPr>
          <w:p w14:paraId="2F6CC073" w14:textId="1A5FCAEE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KOSIŃSKA – dyrektor ZSS w Zduńskiej Woli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wraz z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wyznaczony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pracownik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zespół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ds. SOM</w:t>
            </w:r>
          </w:p>
        </w:tc>
        <w:tc>
          <w:tcPr>
            <w:tcW w:w="1813" w:type="dxa"/>
            <w:vAlign w:val="center"/>
            <w:hideMark/>
          </w:tcPr>
          <w:p w14:paraId="7A1FC235" w14:textId="1902EB2C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</w:t>
            </w:r>
            <w:proofErr w:type="spellStart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Badziak</w:t>
            </w:r>
            <w:proofErr w:type="spellEnd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wicedyrektor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wraz z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wyznaczony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pracownik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zespół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ds. SOM</w:t>
            </w:r>
          </w:p>
        </w:tc>
        <w:tc>
          <w:tcPr>
            <w:tcW w:w="2932" w:type="dxa"/>
            <w:vAlign w:val="center"/>
            <w:hideMark/>
          </w:tcPr>
          <w:p w14:paraId="2F6A6191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................................................</w:t>
            </w:r>
          </w:p>
        </w:tc>
      </w:tr>
      <w:tr w:rsidR="00FB68D0" w:rsidRPr="00F7695B" w14:paraId="5353AF4F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7930A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14.</w:t>
            </w:r>
          </w:p>
        </w:tc>
        <w:tc>
          <w:tcPr>
            <w:tcW w:w="0" w:type="auto"/>
            <w:vAlign w:val="center"/>
            <w:hideMark/>
          </w:tcPr>
          <w:p w14:paraId="2F90CC03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Przygotowywanie propozycji aktualizacji Standardów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na podstawie wyników monitoringu, ankiet, interwencji, kontroli oraz zmian prawa</w:t>
            </w:r>
          </w:p>
        </w:tc>
        <w:tc>
          <w:tcPr>
            <w:tcW w:w="2427" w:type="dxa"/>
            <w:vAlign w:val="center"/>
            <w:hideMark/>
          </w:tcPr>
          <w:p w14:paraId="60EF5FB6" w14:textId="4F6EEEC3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KOSIŃSKA – dyrektor ZSS w Zduńskiej Woli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wraz z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wyznaczony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pracownik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zespół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ds. SOM</w:t>
            </w:r>
          </w:p>
        </w:tc>
        <w:tc>
          <w:tcPr>
            <w:tcW w:w="1813" w:type="dxa"/>
            <w:vAlign w:val="center"/>
            <w:hideMark/>
          </w:tcPr>
          <w:p w14:paraId="5A37B40A" w14:textId="1FBE1235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</w:t>
            </w:r>
            <w:proofErr w:type="spellStart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Badziak</w:t>
            </w:r>
            <w:proofErr w:type="spellEnd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wicedyrektor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wraz z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wyznaczony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pracownik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zespół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ds. SOM</w:t>
            </w:r>
          </w:p>
        </w:tc>
        <w:tc>
          <w:tcPr>
            <w:tcW w:w="2932" w:type="dxa"/>
            <w:vAlign w:val="center"/>
            <w:hideMark/>
          </w:tcPr>
          <w:p w14:paraId="2602C531" w14:textId="3F0EF94E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Pisemna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cena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Standardów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Ochrony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Małoletnich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dokumentacji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szkoły</w:t>
            </w:r>
            <w:proofErr w:type="spellEnd"/>
          </w:p>
        </w:tc>
      </w:tr>
      <w:tr w:rsidR="00FB68D0" w:rsidRPr="00F7695B" w14:paraId="2170A26A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9409E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15.</w:t>
            </w:r>
          </w:p>
        </w:tc>
        <w:tc>
          <w:tcPr>
            <w:tcW w:w="0" w:type="auto"/>
            <w:vAlign w:val="center"/>
            <w:hideMark/>
          </w:tcPr>
          <w:p w14:paraId="62B0BBD9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Udostępnianie i upowszechnianie Standardów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wśród uczniów, rodziców/opiekunów prawnych i pracowników</w:t>
            </w:r>
          </w:p>
        </w:tc>
        <w:tc>
          <w:tcPr>
            <w:tcW w:w="2427" w:type="dxa"/>
            <w:vAlign w:val="center"/>
            <w:hideMark/>
          </w:tcPr>
          <w:p w14:paraId="3123547E" w14:textId="541FF8DA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BOGDAN PAWLAK – pedagog szkolny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wraz z wychowawcami poszczególnych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oddziałów  ZSS</w:t>
            </w:r>
          </w:p>
        </w:tc>
        <w:tc>
          <w:tcPr>
            <w:tcW w:w="1813" w:type="dxa"/>
            <w:vAlign w:val="center"/>
            <w:hideMark/>
          </w:tcPr>
          <w:p w14:paraId="336D2563" w14:textId="24E78612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ANNA SROCZYŃSKA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psycholog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wraz z wychowawcami poszczególnych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oddziałów  ZSS</w:t>
            </w:r>
          </w:p>
        </w:tc>
        <w:tc>
          <w:tcPr>
            <w:tcW w:w="2932" w:type="dxa"/>
            <w:vAlign w:val="center"/>
            <w:hideMark/>
          </w:tcPr>
          <w:p w14:paraId="7D4028F8" w14:textId="2D01CABA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Pisemne potwierdzenie zapoznania się z SOM w ZSS im. M. Grzegorzewskiej w Zduńskiej Woli a pracownicy szkoły ponadto złożenie pisemnego oświadczenia </w:t>
            </w:r>
          </w:p>
        </w:tc>
      </w:tr>
      <w:tr w:rsidR="00FB68D0" w:rsidRPr="00F7695B" w14:paraId="02445E21" w14:textId="77777777" w:rsidTr="00FB68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37AC5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16.</w:t>
            </w:r>
          </w:p>
        </w:tc>
        <w:tc>
          <w:tcPr>
            <w:tcW w:w="0" w:type="auto"/>
            <w:vAlign w:val="center"/>
            <w:hideMark/>
          </w:tcPr>
          <w:p w14:paraId="7B59D598" w14:textId="77777777" w:rsidR="00FB68D0" w:rsidRPr="00F7695B" w:rsidRDefault="00FB68D0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769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Aktualizacja wersji skróconej Standardów dla małoletnich</w:t>
            </w:r>
            <w:r w:rsidRPr="00F7695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z uwzględnieniem potrzeb uczniów z niepełnosprawnościami i SPE</w:t>
            </w:r>
          </w:p>
        </w:tc>
        <w:tc>
          <w:tcPr>
            <w:tcW w:w="2427" w:type="dxa"/>
            <w:vAlign w:val="center"/>
            <w:hideMark/>
          </w:tcPr>
          <w:p w14:paraId="40641624" w14:textId="0CDEF8EA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KOSIŃSKA – dyrektor ZSS w Zduńskiej Woli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wraz z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wyznaczony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pracownik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zespół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ds. SOM</w:t>
            </w:r>
          </w:p>
        </w:tc>
        <w:tc>
          <w:tcPr>
            <w:tcW w:w="1813" w:type="dxa"/>
            <w:vAlign w:val="center"/>
            <w:hideMark/>
          </w:tcPr>
          <w:p w14:paraId="5AB22889" w14:textId="5D0C675B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Renata </w:t>
            </w:r>
            <w:proofErr w:type="spellStart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Badziak</w:t>
            </w:r>
            <w:proofErr w:type="spellEnd"/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wicedyrektor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wraz z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wyznaczony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pracownik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ami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zespół </w:t>
            </w:r>
            <w:r w:rsidRPr="00FB68D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ds. SOM</w:t>
            </w:r>
          </w:p>
        </w:tc>
        <w:tc>
          <w:tcPr>
            <w:tcW w:w="2932" w:type="dxa"/>
            <w:vAlign w:val="center"/>
            <w:hideMark/>
          </w:tcPr>
          <w:p w14:paraId="7FC9F837" w14:textId="78ED6171" w:rsidR="00FB68D0" w:rsidRPr="00F7695B" w:rsidRDefault="001304FA" w:rsidP="00FB68D0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Zaktualizowana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wersja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Standardów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Ochrony</w:t>
            </w:r>
            <w:proofErr w:type="spellEnd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04FA">
              <w:rPr>
                <w:rFonts w:ascii="Times New Roman" w:hAnsi="Times New Roman" w:cs="Times New Roman"/>
                <w:sz w:val="20"/>
                <w:szCs w:val="20"/>
              </w:rPr>
              <w:t>Małoletnich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dokumentacji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szkoły</w:t>
            </w:r>
            <w:proofErr w:type="spellEnd"/>
          </w:p>
        </w:tc>
      </w:tr>
    </w:tbl>
    <w:p w14:paraId="13DBCD1E" w14:textId="77777777" w:rsidR="00F7695B" w:rsidRPr="00F7695B" w:rsidRDefault="00F7695B" w:rsidP="00F7695B">
      <w:pPr>
        <w:rPr>
          <w:rFonts w:ascii="Times New Roman" w:hAnsi="Times New Roman" w:cs="Times New Roman"/>
          <w:b/>
          <w:bCs/>
          <w:sz w:val="22"/>
          <w:lang w:val="pl-PL"/>
        </w:rPr>
      </w:pPr>
      <w:r w:rsidRPr="00F7695B">
        <w:rPr>
          <w:rFonts w:ascii="Times New Roman" w:hAnsi="Times New Roman" w:cs="Times New Roman"/>
          <w:b/>
          <w:bCs/>
          <w:sz w:val="22"/>
          <w:lang w:val="pl-PL"/>
        </w:rPr>
        <w:t>Zasady organizacyjne</w:t>
      </w:r>
    </w:p>
    <w:p w14:paraId="7258A30F" w14:textId="77777777" w:rsidR="00F7695B" w:rsidRPr="00F7695B" w:rsidRDefault="00F7695B" w:rsidP="00F7695B">
      <w:pPr>
        <w:numPr>
          <w:ilvl w:val="0"/>
          <w:numId w:val="10"/>
        </w:num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sz w:val="22"/>
          <w:lang w:val="pl-PL"/>
        </w:rPr>
        <w:t>Każdy pracownik ZSS, który uzyska informację o krzywdzeniu małoletniego lub podejrzewa jego krzywdzenie, ma obowiązek podjąć działania zgodnie z obowiązującymi w placówce Standardami Ochrony Małoletnich i procedurami interwencji.</w:t>
      </w:r>
    </w:p>
    <w:p w14:paraId="4D7458E8" w14:textId="77777777" w:rsidR="00F7695B" w:rsidRPr="00F7695B" w:rsidRDefault="00F7695B" w:rsidP="00F7695B">
      <w:pPr>
        <w:numPr>
          <w:ilvl w:val="0"/>
          <w:numId w:val="10"/>
        </w:num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sz w:val="22"/>
          <w:lang w:val="pl-PL"/>
        </w:rPr>
        <w:t>Osoby wskazane w wykazie realizują zadania w granicach swoich kompetencji oraz zgodnie z obowiązującymi przepisami prawa.</w:t>
      </w:r>
    </w:p>
    <w:p w14:paraId="038389D6" w14:textId="77777777" w:rsidR="00F7695B" w:rsidRPr="00F7695B" w:rsidRDefault="00F7695B" w:rsidP="00F7695B">
      <w:pPr>
        <w:numPr>
          <w:ilvl w:val="0"/>
          <w:numId w:val="10"/>
        </w:num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sz w:val="22"/>
          <w:lang w:val="pl-PL"/>
        </w:rPr>
        <w:t>W przypadku nieobecności osoby odpowiedzialnej zadanie przejmuje wskazana osoba zastępująca albo inna osoba wyznaczona przez dyrektora.</w:t>
      </w:r>
    </w:p>
    <w:p w14:paraId="684B8A24" w14:textId="5BAB8658" w:rsidR="00F7695B" w:rsidRPr="00F7695B" w:rsidRDefault="00F7695B" w:rsidP="00F7695B">
      <w:pPr>
        <w:numPr>
          <w:ilvl w:val="0"/>
          <w:numId w:val="10"/>
        </w:num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sz w:val="22"/>
          <w:lang w:val="pl-PL"/>
        </w:rPr>
        <w:t xml:space="preserve">Dane dotyczące osób odpowiedzialnych za </w:t>
      </w:r>
      <w:r w:rsidRPr="00F7695B">
        <w:rPr>
          <w:rFonts w:ascii="Times New Roman" w:hAnsi="Times New Roman" w:cs="Times New Roman"/>
          <w:b/>
          <w:bCs/>
          <w:sz w:val="22"/>
          <w:lang w:val="pl-PL"/>
        </w:rPr>
        <w:t>przyjmowanie zgłoszeń i udzielanie pomocy małoletnim</w:t>
      </w:r>
      <w:r w:rsidRPr="00F7695B">
        <w:rPr>
          <w:rFonts w:ascii="Times New Roman" w:hAnsi="Times New Roman" w:cs="Times New Roman"/>
          <w:sz w:val="22"/>
          <w:lang w:val="pl-PL"/>
        </w:rPr>
        <w:t xml:space="preserve"> powinny być przekazane pracownikom, uczniom oraz rodzicom/opiekunom prawnym </w:t>
      </w:r>
      <w:r w:rsidR="001304FA">
        <w:rPr>
          <w:rFonts w:ascii="Times New Roman" w:hAnsi="Times New Roman" w:cs="Times New Roman"/>
          <w:sz w:val="22"/>
          <w:lang w:val="pl-PL"/>
        </w:rPr>
        <w:br/>
      </w:r>
      <w:r w:rsidRPr="00F7695B">
        <w:rPr>
          <w:rFonts w:ascii="Times New Roman" w:hAnsi="Times New Roman" w:cs="Times New Roman"/>
          <w:sz w:val="22"/>
          <w:lang w:val="pl-PL"/>
        </w:rPr>
        <w:t>w sposób dla nich dostępny.</w:t>
      </w:r>
    </w:p>
    <w:p w14:paraId="34FF7825" w14:textId="77777777" w:rsidR="00F7695B" w:rsidRPr="00F7695B" w:rsidRDefault="00F7695B" w:rsidP="00F7695B">
      <w:pPr>
        <w:numPr>
          <w:ilvl w:val="0"/>
          <w:numId w:val="10"/>
        </w:num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sz w:val="22"/>
          <w:lang w:val="pl-PL"/>
        </w:rPr>
        <w:lastRenderedPageBreak/>
        <w:t>Informacje przeznaczone dla uczniów powinny być dostosowane do ich wieku, możliwości poznawczych, komunikacyjnych oraz szczególnych potrzeb, w tym – w razie potrzeby – przedstawione w języku prostym, za pomocą piktogramów lub AAC.</w:t>
      </w:r>
    </w:p>
    <w:p w14:paraId="47B100F4" w14:textId="77777777" w:rsidR="00F7695B" w:rsidRPr="00F7695B" w:rsidRDefault="00F7695B" w:rsidP="00F7695B">
      <w:pPr>
        <w:numPr>
          <w:ilvl w:val="0"/>
          <w:numId w:val="10"/>
        </w:num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sz w:val="22"/>
          <w:lang w:val="pl-PL"/>
        </w:rPr>
        <w:t>Wykaz podlega aktualizacji każdorazowo w przypadku zmian kadrowych, organizacyjnych lub zmian zakresu odpowiedzialności.</w:t>
      </w:r>
    </w:p>
    <w:p w14:paraId="46FBD70C" w14:textId="2369C834" w:rsidR="00F7695B" w:rsidRPr="00F7695B" w:rsidRDefault="00F7695B" w:rsidP="00F7695B">
      <w:pPr>
        <w:rPr>
          <w:rFonts w:ascii="Times New Roman" w:hAnsi="Times New Roman" w:cs="Times New Roman"/>
          <w:sz w:val="22"/>
          <w:lang w:val="pl-PL"/>
        </w:rPr>
      </w:pPr>
    </w:p>
    <w:p w14:paraId="4675C817" w14:textId="62407EE6" w:rsidR="00F7695B" w:rsidRPr="00F7695B" w:rsidRDefault="00F7695B" w:rsidP="00F7695B">
      <w:pPr>
        <w:rPr>
          <w:rFonts w:ascii="Times New Roman" w:hAnsi="Times New Roman" w:cs="Times New Roman"/>
          <w:i/>
          <w:iCs/>
          <w:sz w:val="22"/>
          <w:lang w:val="pl-PL"/>
        </w:rPr>
      </w:pPr>
      <w:r w:rsidRPr="00F7695B">
        <w:rPr>
          <w:rFonts w:ascii="Times New Roman" w:hAnsi="Times New Roman" w:cs="Times New Roman"/>
          <w:b/>
          <w:bCs/>
          <w:sz w:val="22"/>
          <w:lang w:val="pl-PL"/>
        </w:rPr>
        <w:t>Osoba odpowiedzialna za aktualizację wykazu:</w:t>
      </w:r>
      <w:r w:rsidR="007C212E">
        <w:rPr>
          <w:rFonts w:ascii="Times New Roman" w:hAnsi="Times New Roman" w:cs="Times New Roman"/>
          <w:sz w:val="22"/>
          <w:lang w:val="pl-PL"/>
        </w:rPr>
        <w:t xml:space="preserve"> </w:t>
      </w:r>
      <w:r w:rsidR="007C212E" w:rsidRPr="007C212E">
        <w:rPr>
          <w:rFonts w:ascii="Times New Roman" w:hAnsi="Times New Roman" w:cs="Times New Roman"/>
          <w:i/>
          <w:iCs/>
          <w:sz w:val="22"/>
          <w:lang w:val="pl-PL"/>
        </w:rPr>
        <w:t xml:space="preserve"> </w:t>
      </w:r>
      <w:r w:rsidR="007C212E">
        <w:rPr>
          <w:rFonts w:ascii="Times New Roman" w:hAnsi="Times New Roman" w:cs="Times New Roman"/>
          <w:i/>
          <w:iCs/>
          <w:sz w:val="22"/>
          <w:lang w:val="pl-PL"/>
        </w:rPr>
        <w:tab/>
      </w:r>
      <w:r w:rsidR="007C212E" w:rsidRPr="007C212E">
        <w:rPr>
          <w:rFonts w:ascii="Times New Roman" w:hAnsi="Times New Roman" w:cs="Times New Roman"/>
          <w:i/>
          <w:iCs/>
          <w:sz w:val="22"/>
          <w:lang w:val="pl-PL"/>
        </w:rPr>
        <w:t>Anna Sroczyńska - psycholog</w:t>
      </w:r>
    </w:p>
    <w:p w14:paraId="2F8A074D" w14:textId="2CC05159" w:rsidR="00F7695B" w:rsidRPr="00F7695B" w:rsidRDefault="00F7695B" w:rsidP="00F7695B">
      <w:pPr>
        <w:rPr>
          <w:rFonts w:ascii="Times New Roman" w:hAnsi="Times New Roman" w:cs="Times New Roman"/>
          <w:b/>
          <w:bCs/>
          <w:i/>
          <w:iCs/>
          <w:sz w:val="22"/>
        </w:rPr>
      </w:pPr>
      <w:r w:rsidRPr="00F7695B">
        <w:rPr>
          <w:rFonts w:ascii="Times New Roman" w:hAnsi="Times New Roman" w:cs="Times New Roman"/>
          <w:b/>
          <w:bCs/>
          <w:sz w:val="22"/>
          <w:lang w:val="pl-PL"/>
        </w:rPr>
        <w:t>Data sprawdzenia aktualności danych:</w:t>
      </w:r>
      <w:r w:rsidR="007C212E">
        <w:rPr>
          <w:rFonts w:ascii="Times New Roman" w:hAnsi="Times New Roman" w:cs="Times New Roman"/>
          <w:b/>
          <w:bCs/>
          <w:sz w:val="22"/>
          <w:lang w:val="pl-PL"/>
        </w:rPr>
        <w:t xml:space="preserve"> </w:t>
      </w:r>
      <w:r w:rsidR="007C212E">
        <w:rPr>
          <w:rFonts w:ascii="Times New Roman" w:hAnsi="Times New Roman" w:cs="Times New Roman"/>
          <w:b/>
          <w:bCs/>
          <w:sz w:val="22"/>
          <w:lang w:val="pl-PL"/>
        </w:rPr>
        <w:tab/>
      </w:r>
      <w:r w:rsidR="007C212E">
        <w:rPr>
          <w:rFonts w:ascii="Times New Roman" w:hAnsi="Times New Roman" w:cs="Times New Roman"/>
          <w:b/>
          <w:bCs/>
          <w:sz w:val="22"/>
          <w:lang w:val="pl-PL"/>
        </w:rPr>
        <w:tab/>
      </w:r>
      <w:r w:rsidR="007C212E" w:rsidRPr="007C212E">
        <w:rPr>
          <w:rFonts w:ascii="Times New Roman" w:hAnsi="Times New Roman" w:cs="Times New Roman"/>
          <w:i/>
          <w:iCs/>
          <w:sz w:val="22"/>
        </w:rPr>
        <w:t>13.08.2026r.</w:t>
      </w:r>
    </w:p>
    <w:p w14:paraId="5D46F2DB" w14:textId="708BD549" w:rsidR="00F7695B" w:rsidRPr="00F7695B" w:rsidRDefault="00F7695B" w:rsidP="00F7695B">
      <w:pPr>
        <w:rPr>
          <w:rFonts w:ascii="Times New Roman" w:hAnsi="Times New Roman" w:cs="Times New Roman"/>
          <w:i/>
          <w:iCs/>
          <w:sz w:val="22"/>
          <w:lang w:val="pl-PL"/>
        </w:rPr>
      </w:pPr>
      <w:r w:rsidRPr="00F7695B">
        <w:rPr>
          <w:rFonts w:ascii="Times New Roman" w:hAnsi="Times New Roman" w:cs="Times New Roman"/>
          <w:b/>
          <w:bCs/>
          <w:sz w:val="22"/>
          <w:lang w:val="pl-PL"/>
        </w:rPr>
        <w:t>Kolejny planowany przegląd:</w:t>
      </w:r>
      <w:r w:rsidR="007C212E">
        <w:rPr>
          <w:rFonts w:ascii="Times New Roman" w:hAnsi="Times New Roman" w:cs="Times New Roman"/>
          <w:sz w:val="22"/>
          <w:lang w:val="pl-PL"/>
        </w:rPr>
        <w:tab/>
      </w:r>
      <w:r w:rsidR="007C212E">
        <w:rPr>
          <w:rFonts w:ascii="Times New Roman" w:hAnsi="Times New Roman" w:cs="Times New Roman"/>
          <w:sz w:val="22"/>
          <w:lang w:val="pl-PL"/>
        </w:rPr>
        <w:tab/>
      </w:r>
      <w:r w:rsidR="007C212E">
        <w:rPr>
          <w:rFonts w:ascii="Times New Roman" w:hAnsi="Times New Roman" w:cs="Times New Roman"/>
          <w:sz w:val="22"/>
          <w:lang w:val="pl-PL"/>
        </w:rPr>
        <w:tab/>
      </w:r>
      <w:r w:rsidR="007C212E">
        <w:rPr>
          <w:rFonts w:ascii="Times New Roman" w:hAnsi="Times New Roman" w:cs="Times New Roman"/>
          <w:sz w:val="22"/>
          <w:lang w:val="pl-PL"/>
        </w:rPr>
        <w:tab/>
      </w:r>
      <w:r w:rsidR="007C212E">
        <w:rPr>
          <w:rFonts w:ascii="Times New Roman" w:hAnsi="Times New Roman" w:cs="Times New Roman"/>
          <w:i/>
          <w:iCs/>
          <w:sz w:val="22"/>
          <w:lang w:val="pl-PL"/>
        </w:rPr>
        <w:t>sierpień 2028r.</w:t>
      </w:r>
    </w:p>
    <w:p w14:paraId="550CCBCA" w14:textId="77777777" w:rsidR="007C212E" w:rsidRDefault="007C212E" w:rsidP="007C212E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</w:p>
    <w:p w14:paraId="02820922" w14:textId="77777777" w:rsidR="007C212E" w:rsidRDefault="007C212E" w:rsidP="007C212E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</w:p>
    <w:p w14:paraId="05DFAC41" w14:textId="08355EC9" w:rsidR="00F7695B" w:rsidRDefault="00F7695B" w:rsidP="007C212E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  <w:r w:rsidRPr="00F7695B">
        <w:rPr>
          <w:rFonts w:ascii="Times New Roman" w:hAnsi="Times New Roman" w:cs="Times New Roman"/>
          <w:b/>
          <w:bCs/>
          <w:sz w:val="22"/>
          <w:lang w:val="pl-PL"/>
        </w:rPr>
        <w:t>ZATWIERDZAM</w:t>
      </w:r>
    </w:p>
    <w:p w14:paraId="45273F51" w14:textId="77777777" w:rsidR="007C212E" w:rsidRPr="00F7695B" w:rsidRDefault="007C212E" w:rsidP="007C212E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</w:p>
    <w:p w14:paraId="70DFF448" w14:textId="1260130C" w:rsidR="00F7695B" w:rsidRPr="00F7695B" w:rsidRDefault="00F7695B" w:rsidP="00F7695B">
      <w:pPr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b/>
          <w:bCs/>
          <w:sz w:val="22"/>
          <w:lang w:val="pl-PL"/>
        </w:rPr>
        <w:t>Dyrektor Zespołu Szkół Specjalnych im. Marii Grzegorzewskiej</w:t>
      </w:r>
      <w:r w:rsidR="007C212E">
        <w:rPr>
          <w:rFonts w:ascii="Times New Roman" w:hAnsi="Times New Roman" w:cs="Times New Roman"/>
          <w:b/>
          <w:bCs/>
          <w:sz w:val="22"/>
          <w:lang w:val="pl-PL"/>
        </w:rPr>
        <w:t xml:space="preserve"> </w:t>
      </w:r>
      <w:r w:rsidRPr="00F7695B">
        <w:rPr>
          <w:rFonts w:ascii="Times New Roman" w:hAnsi="Times New Roman" w:cs="Times New Roman"/>
          <w:b/>
          <w:bCs/>
          <w:sz w:val="22"/>
          <w:lang w:val="pl-PL"/>
        </w:rPr>
        <w:t>w Zduńskiej Woli</w:t>
      </w:r>
    </w:p>
    <w:p w14:paraId="229DC4EE" w14:textId="77777777" w:rsidR="007C212E" w:rsidRDefault="007C212E" w:rsidP="00F7695B">
      <w:pPr>
        <w:rPr>
          <w:rFonts w:ascii="Times New Roman" w:hAnsi="Times New Roman" w:cs="Times New Roman"/>
          <w:sz w:val="22"/>
          <w:lang w:val="pl-PL"/>
        </w:rPr>
      </w:pPr>
    </w:p>
    <w:p w14:paraId="6496CCA2" w14:textId="77777777" w:rsidR="007C212E" w:rsidRDefault="007C212E" w:rsidP="00F7695B">
      <w:pPr>
        <w:rPr>
          <w:rFonts w:ascii="Times New Roman" w:hAnsi="Times New Roman" w:cs="Times New Roman"/>
          <w:sz w:val="22"/>
          <w:lang w:val="pl-PL"/>
        </w:rPr>
      </w:pPr>
    </w:p>
    <w:p w14:paraId="5AAB509C" w14:textId="71820E6D" w:rsidR="00F7695B" w:rsidRPr="00F7695B" w:rsidRDefault="00F7695B" w:rsidP="007C212E">
      <w:pPr>
        <w:ind w:left="2880" w:firstLine="720"/>
        <w:rPr>
          <w:rFonts w:ascii="Times New Roman" w:hAnsi="Times New Roman" w:cs="Times New Roman"/>
          <w:sz w:val="22"/>
          <w:lang w:val="pl-PL"/>
        </w:rPr>
      </w:pPr>
      <w:r w:rsidRPr="00F7695B">
        <w:rPr>
          <w:rFonts w:ascii="Times New Roman" w:hAnsi="Times New Roman" w:cs="Times New Roman"/>
          <w:sz w:val="22"/>
          <w:lang w:val="pl-PL"/>
        </w:rPr>
        <w:t>.............................................................................................................</w:t>
      </w:r>
      <w:r w:rsidRPr="00F7695B">
        <w:rPr>
          <w:rFonts w:ascii="Times New Roman" w:hAnsi="Times New Roman" w:cs="Times New Roman"/>
          <w:sz w:val="22"/>
          <w:lang w:val="pl-PL"/>
        </w:rPr>
        <w:br/>
      </w:r>
      <w:r w:rsidR="007C212E">
        <w:rPr>
          <w:rFonts w:ascii="Times New Roman" w:hAnsi="Times New Roman" w:cs="Times New Roman"/>
          <w:i/>
          <w:iCs/>
          <w:sz w:val="22"/>
          <w:lang w:val="pl-PL"/>
        </w:rPr>
        <w:t xml:space="preserve">                                                </w:t>
      </w:r>
      <w:r w:rsidRPr="00F7695B">
        <w:rPr>
          <w:rFonts w:ascii="Times New Roman" w:hAnsi="Times New Roman" w:cs="Times New Roman"/>
          <w:i/>
          <w:iCs/>
          <w:sz w:val="22"/>
          <w:lang w:val="pl-PL"/>
        </w:rPr>
        <w:t>data, podpis dyrektora</w:t>
      </w:r>
    </w:p>
    <w:p w14:paraId="65E56A54" w14:textId="5501E8DF" w:rsidR="00F7695B" w:rsidRDefault="00F7695B" w:rsidP="007C212E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br w:type="column"/>
      </w:r>
      <w:r w:rsidR="007C212E" w:rsidRPr="00E62557">
        <w:rPr>
          <w:rFonts w:ascii="Times New Roman" w:hAnsi="Times New Roman" w:cs="Times New Roman"/>
          <w:b/>
          <w:bCs/>
          <w:sz w:val="22"/>
        </w:rPr>
        <w:lastRenderedPageBreak/>
        <w:t>REJESTR AKTUALIZACJI</w:t>
      </w:r>
      <w:r w:rsidR="007C212E">
        <w:rPr>
          <w:rFonts w:ascii="Times New Roman" w:hAnsi="Times New Roman" w:cs="Times New Roman"/>
          <w:b/>
          <w:bCs/>
          <w:sz w:val="22"/>
        </w:rPr>
        <w:t xml:space="preserve"> STANDARDÓW OCHRONY MALOLETNICH </w:t>
      </w:r>
      <w:r w:rsidR="007C212E">
        <w:rPr>
          <w:rFonts w:ascii="Times New Roman" w:hAnsi="Times New Roman" w:cs="Times New Roman"/>
          <w:b/>
          <w:bCs/>
          <w:sz w:val="22"/>
        </w:rPr>
        <w:br/>
        <w:t>W ZESPOLE SZKÓŁ SPECJALNYCH IM. MARII GRZEGORZEWSKIEJ W ZDUNSKIEJ WOLI</w:t>
      </w:r>
    </w:p>
    <w:p w14:paraId="17F257D6" w14:textId="77777777" w:rsidR="007C212E" w:rsidRPr="00E62557" w:rsidRDefault="007C212E" w:rsidP="007C212E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1303"/>
        <w:gridCol w:w="4141"/>
        <w:gridCol w:w="1587"/>
        <w:gridCol w:w="2291"/>
      </w:tblGrid>
      <w:tr w:rsidR="007C212E" w:rsidRPr="00E62557" w14:paraId="5E324EDD" w14:textId="77777777" w:rsidTr="007C21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D1041" w14:textId="77777777" w:rsidR="00F7695B" w:rsidRPr="00E62557" w:rsidRDefault="00F7695B" w:rsidP="007C212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Lp</w:t>
            </w:r>
            <w:proofErr w:type="spellEnd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4D54B21" w14:textId="77777777" w:rsidR="00F7695B" w:rsidRPr="00E62557" w:rsidRDefault="00F7695B" w:rsidP="007C212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 xml:space="preserve">Data </w:t>
            </w:r>
            <w:proofErr w:type="spellStart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aktualizacji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B00FB2" w14:textId="77777777" w:rsidR="00F7695B" w:rsidRPr="00E62557" w:rsidRDefault="00F7695B" w:rsidP="007C212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Zakres</w:t>
            </w:r>
            <w:proofErr w:type="spellEnd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wprowadzonej</w:t>
            </w:r>
            <w:proofErr w:type="spellEnd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zmiany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571047" w14:textId="77777777" w:rsidR="00F7695B" w:rsidRPr="00E62557" w:rsidRDefault="00F7695B" w:rsidP="007C212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 xml:space="preserve">Osoba </w:t>
            </w:r>
            <w:proofErr w:type="spellStart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dokonująca</w:t>
            </w:r>
            <w:proofErr w:type="spellEnd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aktualizacji</w:t>
            </w:r>
            <w:proofErr w:type="spellEnd"/>
          </w:p>
        </w:tc>
        <w:tc>
          <w:tcPr>
            <w:tcW w:w="2246" w:type="dxa"/>
            <w:vAlign w:val="center"/>
            <w:hideMark/>
          </w:tcPr>
          <w:p w14:paraId="6D18744B" w14:textId="77777777" w:rsidR="00F7695B" w:rsidRPr="00E62557" w:rsidRDefault="00F7695B" w:rsidP="007C212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E62557">
              <w:rPr>
                <w:rFonts w:ascii="Times New Roman" w:hAnsi="Times New Roman" w:cs="Times New Roman"/>
                <w:b/>
                <w:bCs/>
                <w:sz w:val="22"/>
              </w:rPr>
              <w:t>Podpis</w:t>
            </w:r>
            <w:proofErr w:type="spellEnd"/>
          </w:p>
        </w:tc>
      </w:tr>
      <w:tr w:rsidR="007C212E" w:rsidRPr="00E62557" w14:paraId="1EF71914" w14:textId="77777777" w:rsidTr="007C21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86A99" w14:textId="77777777" w:rsidR="00F7695B" w:rsidRPr="00E62557" w:rsidRDefault="00F7695B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E62557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1CEE4228" w14:textId="51231E92" w:rsidR="00F7695B" w:rsidRPr="00E62557" w:rsidRDefault="007C212E" w:rsidP="007C212E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7C212E">
              <w:rPr>
                <w:rFonts w:ascii="Times New Roman" w:hAnsi="Times New Roman" w:cs="Times New Roman"/>
                <w:i/>
                <w:iCs/>
                <w:sz w:val="22"/>
              </w:rPr>
              <w:t>13.08.2026r.</w:t>
            </w:r>
          </w:p>
        </w:tc>
        <w:tc>
          <w:tcPr>
            <w:tcW w:w="0" w:type="auto"/>
            <w:vAlign w:val="center"/>
            <w:hideMark/>
          </w:tcPr>
          <w:p w14:paraId="1A4D8064" w14:textId="5E87FAFE" w:rsidR="007C212E" w:rsidRPr="007C212E" w:rsidRDefault="007C212E" w:rsidP="007C212E">
            <w:pPr>
              <w:pStyle w:val="Nagwek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Pi</w:t>
            </w:r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semna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ocena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St</w:t>
            </w:r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andardów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O</w:t>
            </w:r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chrony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M</w:t>
            </w:r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ałoletnich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– </w:t>
            </w:r>
            <w:proofErr w:type="spellStart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sierpień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2026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w </w:t>
            </w:r>
            <w:proofErr w:type="spellStart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Z</w:t>
            </w:r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>espole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 xml:space="preserve"> </w:t>
            </w:r>
            <w:proofErr w:type="spellStart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>Szkół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 xml:space="preserve"> </w:t>
            </w:r>
            <w:proofErr w:type="spellStart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>Specjalnych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 xml:space="preserve"> </w:t>
            </w:r>
            <w:proofErr w:type="spellStart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>im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 xml:space="preserve">. Marii </w:t>
            </w:r>
            <w:proofErr w:type="spellStart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>Grzegorzewskiej</w:t>
            </w:r>
            <w:proofErr w:type="spellEnd"/>
            <w:r w:rsidRPr="007C212E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</w:rPr>
              <w:t xml:space="preserve"> w Zduńskiej Woli</w:t>
            </w:r>
          </w:p>
          <w:p w14:paraId="7B6CB273" w14:textId="7E688D1B" w:rsidR="00F7695B" w:rsidRPr="00E62557" w:rsidRDefault="00F7695B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406CF48" w14:textId="7CEA438D" w:rsidR="00F7695B" w:rsidRPr="00E62557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Anna Sroczyńska – psychology </w:t>
            </w:r>
          </w:p>
        </w:tc>
        <w:tc>
          <w:tcPr>
            <w:tcW w:w="2246" w:type="dxa"/>
            <w:vAlign w:val="center"/>
            <w:hideMark/>
          </w:tcPr>
          <w:p w14:paraId="644AA70A" w14:textId="3F1971E1" w:rsidR="00F7695B" w:rsidRPr="00E62557" w:rsidRDefault="00F7695B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7C212E" w:rsidRPr="00E62557" w14:paraId="3FE0FA52" w14:textId="77777777" w:rsidTr="007C212E">
        <w:trPr>
          <w:tblCellSpacing w:w="15" w:type="dxa"/>
        </w:trPr>
        <w:tc>
          <w:tcPr>
            <w:tcW w:w="0" w:type="auto"/>
            <w:vAlign w:val="center"/>
          </w:tcPr>
          <w:p w14:paraId="117ACC64" w14:textId="77777777" w:rsidR="007C212E" w:rsidRPr="00E62557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EFFDC24" w14:textId="77777777" w:rsidR="007C212E" w:rsidRPr="007C212E" w:rsidRDefault="007C212E" w:rsidP="007C212E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</w:p>
        </w:tc>
        <w:tc>
          <w:tcPr>
            <w:tcW w:w="0" w:type="auto"/>
            <w:vAlign w:val="center"/>
          </w:tcPr>
          <w:p w14:paraId="28AD1351" w14:textId="77777777" w:rsidR="007C212E" w:rsidRDefault="007C212E" w:rsidP="007C212E">
            <w:pPr>
              <w:pStyle w:val="Nagwek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2CAD3C9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46" w:type="dxa"/>
            <w:vAlign w:val="center"/>
          </w:tcPr>
          <w:p w14:paraId="7216F108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5C99710E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749BEB51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0A2B72D5" w14:textId="77777777" w:rsidR="007C212E" w:rsidRPr="00E62557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7C212E" w:rsidRPr="00E62557" w14:paraId="00152CF5" w14:textId="77777777" w:rsidTr="007C212E">
        <w:trPr>
          <w:tblCellSpacing w:w="15" w:type="dxa"/>
        </w:trPr>
        <w:tc>
          <w:tcPr>
            <w:tcW w:w="0" w:type="auto"/>
            <w:vAlign w:val="center"/>
          </w:tcPr>
          <w:p w14:paraId="55BF8751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1C350555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43E1BCD6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1C78665F" w14:textId="77777777" w:rsidR="007C212E" w:rsidRPr="00E62557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1FC0E2C" w14:textId="77777777" w:rsidR="007C212E" w:rsidRPr="007C212E" w:rsidRDefault="007C212E" w:rsidP="007C212E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</w:p>
        </w:tc>
        <w:tc>
          <w:tcPr>
            <w:tcW w:w="0" w:type="auto"/>
            <w:vAlign w:val="center"/>
          </w:tcPr>
          <w:p w14:paraId="4DB888A6" w14:textId="77777777" w:rsidR="007C212E" w:rsidRDefault="007C212E" w:rsidP="007C212E">
            <w:pPr>
              <w:pStyle w:val="Nagwek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B5F19E7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46" w:type="dxa"/>
            <w:vAlign w:val="center"/>
          </w:tcPr>
          <w:p w14:paraId="4A718557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7C212E" w:rsidRPr="00E62557" w14:paraId="3F7BA7B7" w14:textId="77777777" w:rsidTr="007C212E">
        <w:trPr>
          <w:tblCellSpacing w:w="15" w:type="dxa"/>
        </w:trPr>
        <w:tc>
          <w:tcPr>
            <w:tcW w:w="0" w:type="auto"/>
            <w:vAlign w:val="center"/>
          </w:tcPr>
          <w:p w14:paraId="2DEFEEEE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71B95810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7CCF84AB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62D6CAD0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  <w:p w14:paraId="0710F48E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082ADAD" w14:textId="77777777" w:rsidR="007C212E" w:rsidRPr="007C212E" w:rsidRDefault="007C212E" w:rsidP="007C212E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</w:p>
        </w:tc>
        <w:tc>
          <w:tcPr>
            <w:tcW w:w="0" w:type="auto"/>
            <w:vAlign w:val="center"/>
          </w:tcPr>
          <w:p w14:paraId="204D8145" w14:textId="77777777" w:rsidR="007C212E" w:rsidRDefault="007C212E" w:rsidP="007C212E">
            <w:pPr>
              <w:pStyle w:val="Nagwek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864E91D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46" w:type="dxa"/>
            <w:vAlign w:val="center"/>
          </w:tcPr>
          <w:p w14:paraId="324FEE74" w14:textId="77777777" w:rsidR="007C212E" w:rsidRDefault="007C212E" w:rsidP="00B205B8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F10B013" w14:textId="328BB1CF" w:rsidR="005F14F2" w:rsidRDefault="005F14F2">
      <w:pPr>
        <w:rPr>
          <w:rFonts w:ascii="Times New Roman" w:hAnsi="Times New Roman" w:cs="Times New Roman"/>
          <w:sz w:val="22"/>
        </w:rPr>
      </w:pPr>
    </w:p>
    <w:p w14:paraId="6A4A89EC" w14:textId="77777777" w:rsidR="007C212E" w:rsidRPr="007C212E" w:rsidRDefault="007C212E" w:rsidP="007C212E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  <w:r>
        <w:rPr>
          <w:rFonts w:ascii="Times New Roman" w:hAnsi="Times New Roman" w:cs="Times New Roman"/>
          <w:sz w:val="22"/>
        </w:rPr>
        <w:br w:type="column"/>
      </w:r>
      <w:r w:rsidRPr="007C212E">
        <w:rPr>
          <w:rFonts w:ascii="Times New Roman" w:hAnsi="Times New Roman" w:cs="Times New Roman"/>
          <w:b/>
          <w:bCs/>
          <w:sz w:val="22"/>
          <w:lang w:val="pl-PL"/>
        </w:rPr>
        <w:lastRenderedPageBreak/>
        <w:t>OŚWIADCZENIE PRACOWNIKA</w:t>
      </w:r>
    </w:p>
    <w:p w14:paraId="489A07E3" w14:textId="77777777" w:rsidR="007C212E" w:rsidRPr="007C212E" w:rsidRDefault="007C212E" w:rsidP="007C212E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  <w:r w:rsidRPr="007C212E">
        <w:rPr>
          <w:rFonts w:ascii="Times New Roman" w:hAnsi="Times New Roman" w:cs="Times New Roman"/>
          <w:b/>
          <w:bCs/>
          <w:sz w:val="22"/>
          <w:lang w:val="pl-PL"/>
        </w:rPr>
        <w:t>O ZAPOZNANIU SIĘ ZE STANDARDAMI OCHRONY MAŁOLETNICH</w:t>
      </w:r>
    </w:p>
    <w:p w14:paraId="582D718B" w14:textId="34B2E48D" w:rsidR="007C212E" w:rsidRPr="007C212E" w:rsidRDefault="007C212E" w:rsidP="007C212E">
      <w:pPr>
        <w:jc w:val="center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b/>
          <w:bCs/>
          <w:sz w:val="22"/>
          <w:lang w:val="pl-PL"/>
        </w:rPr>
        <w:t xml:space="preserve"> w </w:t>
      </w:r>
      <w:r w:rsidRPr="007C212E">
        <w:rPr>
          <w:rFonts w:ascii="Times New Roman" w:hAnsi="Times New Roman" w:cs="Times New Roman"/>
          <w:b/>
          <w:bCs/>
          <w:sz w:val="22"/>
          <w:lang w:val="pl-PL"/>
        </w:rPr>
        <w:t>Zesp</w:t>
      </w:r>
      <w:r>
        <w:rPr>
          <w:rFonts w:ascii="Times New Roman" w:hAnsi="Times New Roman" w:cs="Times New Roman"/>
          <w:b/>
          <w:bCs/>
          <w:sz w:val="22"/>
          <w:lang w:val="pl-PL"/>
        </w:rPr>
        <w:t xml:space="preserve">ole </w:t>
      </w:r>
      <w:r w:rsidRPr="007C212E">
        <w:rPr>
          <w:rFonts w:ascii="Times New Roman" w:hAnsi="Times New Roman" w:cs="Times New Roman"/>
          <w:b/>
          <w:bCs/>
          <w:sz w:val="22"/>
          <w:lang w:val="pl-PL"/>
        </w:rPr>
        <w:t>Szkół Specjalnych im. Marii Grzegorzewskiej w Zduńskiej Woli</w:t>
      </w:r>
    </w:p>
    <w:p w14:paraId="0C5C1990" w14:textId="77777777" w:rsidR="007C212E" w:rsidRDefault="007C212E" w:rsidP="007C212E">
      <w:pPr>
        <w:rPr>
          <w:rFonts w:ascii="Times New Roman" w:hAnsi="Times New Roman" w:cs="Times New Roman"/>
          <w:sz w:val="22"/>
          <w:lang w:val="pl-PL"/>
        </w:rPr>
      </w:pPr>
    </w:p>
    <w:p w14:paraId="6269D8C8" w14:textId="4DF6B3CA" w:rsidR="007C212E" w:rsidRPr="007C212E" w:rsidRDefault="007C212E" w:rsidP="007C212E">
      <w:pPr>
        <w:jc w:val="both"/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Ja, niżej podpisana/y</w:t>
      </w:r>
    </w:p>
    <w:p w14:paraId="11AE5118" w14:textId="2BAF44F9" w:rsidR="007C212E" w:rsidRPr="007C212E" w:rsidRDefault="007C212E" w:rsidP="007C212E">
      <w:pPr>
        <w:jc w:val="both"/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................................................................................................................................</w:t>
      </w:r>
      <w:r w:rsidRPr="007C212E">
        <w:rPr>
          <w:rFonts w:ascii="Times New Roman" w:hAnsi="Times New Roman" w:cs="Times New Roman"/>
          <w:sz w:val="22"/>
          <w:lang w:val="pl-PL"/>
        </w:rPr>
        <w:t>..............</w:t>
      </w:r>
      <w:r>
        <w:rPr>
          <w:rFonts w:ascii="Times New Roman" w:hAnsi="Times New Roman" w:cs="Times New Roman"/>
          <w:sz w:val="22"/>
          <w:lang w:val="pl-PL"/>
        </w:rPr>
        <w:t>...</w:t>
      </w:r>
      <w:r w:rsidRPr="007C212E">
        <w:rPr>
          <w:rFonts w:ascii="Times New Roman" w:hAnsi="Times New Roman" w:cs="Times New Roman"/>
          <w:sz w:val="22"/>
          <w:lang w:val="pl-PL"/>
        </w:rPr>
        <w:t>...........................</w:t>
      </w:r>
      <w:r w:rsidRPr="007C212E">
        <w:rPr>
          <w:rFonts w:ascii="Times New Roman" w:hAnsi="Times New Roman" w:cs="Times New Roman"/>
          <w:sz w:val="22"/>
          <w:lang w:val="pl-PL"/>
        </w:rPr>
        <w:br/>
      </w:r>
      <w:r>
        <w:rPr>
          <w:rFonts w:ascii="Times New Roman" w:hAnsi="Times New Roman" w:cs="Times New Roman"/>
          <w:i/>
          <w:iCs/>
          <w:sz w:val="22"/>
          <w:lang w:val="pl-PL"/>
        </w:rPr>
        <w:t xml:space="preserve">                                                               (</w:t>
      </w:r>
      <w:r w:rsidRPr="007C212E">
        <w:rPr>
          <w:rFonts w:ascii="Times New Roman" w:hAnsi="Times New Roman" w:cs="Times New Roman"/>
          <w:i/>
          <w:iCs/>
          <w:sz w:val="22"/>
          <w:lang w:val="pl-PL"/>
        </w:rPr>
        <w:t>imię i nazwisko pracownika</w:t>
      </w:r>
      <w:r>
        <w:rPr>
          <w:rFonts w:ascii="Times New Roman" w:hAnsi="Times New Roman" w:cs="Times New Roman"/>
          <w:i/>
          <w:iCs/>
          <w:sz w:val="22"/>
          <w:lang w:val="pl-PL"/>
        </w:rPr>
        <w:t>)</w:t>
      </w:r>
    </w:p>
    <w:p w14:paraId="6769B06D" w14:textId="3206DAD2" w:rsidR="007C212E" w:rsidRPr="007C212E" w:rsidRDefault="007C212E" w:rsidP="007C212E">
      <w:pPr>
        <w:jc w:val="both"/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stanowisko: .......</w:t>
      </w:r>
      <w:r>
        <w:rPr>
          <w:rFonts w:ascii="Times New Roman" w:hAnsi="Times New Roman" w:cs="Times New Roman"/>
          <w:sz w:val="22"/>
          <w:lang w:val="pl-PL"/>
        </w:rPr>
        <w:t>..........................................</w:t>
      </w:r>
      <w:r w:rsidRPr="007C212E">
        <w:rPr>
          <w:rFonts w:ascii="Times New Roman" w:hAnsi="Times New Roman" w:cs="Times New Roman"/>
          <w:sz w:val="22"/>
          <w:lang w:val="pl-PL"/>
        </w:rPr>
        <w:t>.......................................................................................................</w:t>
      </w:r>
    </w:p>
    <w:p w14:paraId="5CA233F7" w14:textId="2B2B1982" w:rsidR="007C212E" w:rsidRPr="007C212E" w:rsidRDefault="007C212E" w:rsidP="007C212E">
      <w:pPr>
        <w:jc w:val="both"/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 xml:space="preserve">oświadczam, że zapoznałam/em się z obowiązującymi w </w:t>
      </w:r>
      <w:r w:rsidRPr="007C212E">
        <w:rPr>
          <w:rFonts w:ascii="Times New Roman" w:hAnsi="Times New Roman" w:cs="Times New Roman"/>
          <w:b/>
          <w:bCs/>
          <w:sz w:val="22"/>
          <w:lang w:val="pl-PL"/>
        </w:rPr>
        <w:t>Zespole Szkół Specjalnych im. Marii Grzegorzewskiej w Zduńskiej Woli Standardami Ochrony Małoletnich</w:t>
      </w:r>
      <w:r w:rsidRPr="007C212E">
        <w:rPr>
          <w:rFonts w:ascii="Times New Roman" w:hAnsi="Times New Roman" w:cs="Times New Roman"/>
          <w:sz w:val="22"/>
          <w:lang w:val="pl-PL"/>
        </w:rPr>
        <w:t xml:space="preserve">, w tym z zasadami </w:t>
      </w:r>
      <w:r w:rsidR="00E56104">
        <w:rPr>
          <w:rFonts w:ascii="Times New Roman" w:hAnsi="Times New Roman" w:cs="Times New Roman"/>
          <w:sz w:val="22"/>
          <w:lang w:val="pl-PL"/>
        </w:rPr>
        <w:br/>
      </w:r>
      <w:r w:rsidRPr="007C212E">
        <w:rPr>
          <w:rFonts w:ascii="Times New Roman" w:hAnsi="Times New Roman" w:cs="Times New Roman"/>
          <w:sz w:val="22"/>
          <w:lang w:val="pl-PL"/>
        </w:rPr>
        <w:t>i procedurami dotyczącymi ochrony małoletnich przed krzywdzeniem.</w:t>
      </w:r>
    </w:p>
    <w:p w14:paraId="55B079EC" w14:textId="77777777" w:rsidR="007C212E" w:rsidRPr="007C212E" w:rsidRDefault="007C212E" w:rsidP="007C212E">
      <w:p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Oświadczam, że zapoznałam/em się w szczególności z:</w:t>
      </w:r>
    </w:p>
    <w:p w14:paraId="6E4241DA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zasadami zapewniającymi bezpieczne relacje między personelem placówki a małoletnimi, w tym zachowaniami niedozwolonymi wobec małoletnich;</w:t>
      </w:r>
    </w:p>
    <w:p w14:paraId="7EE53058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zasadami dotyczącymi bezpiecznych relacji między małoletnimi oraz sposobami reagowania na przemoc rówieśniczą;</w:t>
      </w:r>
    </w:p>
    <w:p w14:paraId="397C8C64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zasadami i procedurą podejmowania interwencji w przypadku podejrzenia krzywdzenia małoletniego lub posiadania informacji o jego krzywdzeniu;</w:t>
      </w:r>
    </w:p>
    <w:p w14:paraId="7A22ABDF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zasadami przyjmowania i przekazywania zgłoszeń dotyczących zagrożenia bezpieczeństwa małoletniego;</w:t>
      </w:r>
    </w:p>
    <w:p w14:paraId="1F287829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osobami/funkcjami odpowiedzialnymi w placówce za przyjmowanie zgłoszeń oraz prowadzenie interwencji;</w:t>
      </w:r>
    </w:p>
    <w:p w14:paraId="6E9670F8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zasadami dokumentowania zdarzeń i podejmowanych działań interwencyjnych;</w:t>
      </w:r>
    </w:p>
    <w:p w14:paraId="1C78BD27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procedurami zawiadamiania właściwych instytucji, w tym Policji, prokuratury i sądu opiekuńczego/rodzinnego;</w:t>
      </w:r>
    </w:p>
    <w:p w14:paraId="5EFD39BD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 xml:space="preserve">zasadami wszczynania procedury </w:t>
      </w:r>
      <w:r w:rsidRPr="007C212E">
        <w:rPr>
          <w:rFonts w:ascii="Times New Roman" w:hAnsi="Times New Roman" w:cs="Times New Roman"/>
          <w:b/>
          <w:bCs/>
          <w:sz w:val="22"/>
          <w:lang w:val="pl-PL"/>
        </w:rPr>
        <w:t>„Niebieskie Karty”</w:t>
      </w:r>
      <w:r w:rsidRPr="007C212E">
        <w:rPr>
          <w:rFonts w:ascii="Times New Roman" w:hAnsi="Times New Roman" w:cs="Times New Roman"/>
          <w:sz w:val="22"/>
          <w:lang w:val="pl-PL"/>
        </w:rPr>
        <w:t>;</w:t>
      </w:r>
    </w:p>
    <w:p w14:paraId="339CE6D2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zasadami ustalania i realizowania planu wsparcia małoletniego po ujawnieniu krzywdzenia;</w:t>
      </w:r>
    </w:p>
    <w:p w14:paraId="254FD3FE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zasadami ochrony wizerunku, prywatności i danych osobowych małoletnich;</w:t>
      </w:r>
    </w:p>
    <w:p w14:paraId="0284789D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zasadami bezpiecznego korzystania przez małoletnich z Internetu i urządzeń elektronicznych oraz ochrony przed szkodliwymi treściami i zagrożeniami w sieci;</w:t>
      </w:r>
    </w:p>
    <w:p w14:paraId="2F13E17F" w14:textId="77777777" w:rsidR="007C212E" w:rsidRPr="007C212E" w:rsidRDefault="007C212E" w:rsidP="007C212E">
      <w:pPr>
        <w:numPr>
          <w:ilvl w:val="0"/>
          <w:numId w:val="13"/>
        </w:numPr>
        <w:rPr>
          <w:rFonts w:ascii="Times New Roman" w:hAnsi="Times New Roman" w:cs="Times New Roman"/>
          <w:sz w:val="22"/>
          <w:lang w:val="pl-PL"/>
        </w:rPr>
      </w:pPr>
      <w:r w:rsidRPr="007C212E">
        <w:rPr>
          <w:rFonts w:ascii="Times New Roman" w:hAnsi="Times New Roman" w:cs="Times New Roman"/>
          <w:sz w:val="22"/>
          <w:lang w:val="pl-PL"/>
        </w:rPr>
        <w:t>obowiązkiem zachowania poufności informacji</w:t>
      </w:r>
    </w:p>
    <w:p w14:paraId="06B0360C" w14:textId="4F85718F" w:rsidR="00E56104" w:rsidRPr="00E56104" w:rsidRDefault="00E56104" w:rsidP="00E56104">
      <w:pPr>
        <w:jc w:val="center"/>
        <w:rPr>
          <w:rFonts w:ascii="Times New Roman" w:hAnsi="Times New Roman" w:cs="Times New Roman"/>
          <w:b/>
          <w:bCs/>
          <w:color w:val="004F88"/>
          <w:sz w:val="24"/>
          <w:szCs w:val="24"/>
          <w:lang w:val="pl-PL"/>
        </w:rPr>
      </w:pPr>
      <w:r w:rsidRPr="00E56104">
        <w:rPr>
          <w:rFonts w:ascii="Times New Roman" w:hAnsi="Times New Roman" w:cs="Times New Roman"/>
          <w:b/>
          <w:bCs/>
          <w:noProof/>
          <w:color w:val="004F88"/>
          <w:sz w:val="24"/>
          <w:szCs w:val="24"/>
          <w:lang w:val="pl-P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5CB5F5" wp14:editId="7D0BFA12">
                <wp:simplePos x="0" y="0"/>
                <wp:positionH relativeFrom="column">
                  <wp:posOffset>-8891</wp:posOffset>
                </wp:positionH>
                <wp:positionV relativeFrom="paragraph">
                  <wp:posOffset>-106680</wp:posOffset>
                </wp:positionV>
                <wp:extent cx="6276975" cy="0"/>
                <wp:effectExtent l="38100" t="38100" r="66675" b="95250"/>
                <wp:wrapNone/>
                <wp:docPr id="1362074261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C401CA" id="Łącznik prosty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-8.4pt" to="493.55pt,-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E56104">
        <w:rPr>
          <w:rFonts w:ascii="Times New Roman" w:hAnsi="Times New Roman" w:cs="Times New Roman"/>
          <w:b/>
          <w:bCs/>
          <w:color w:val="004F88"/>
          <w:sz w:val="24"/>
          <w:szCs w:val="24"/>
          <w:lang w:val="pl-PL"/>
        </w:rPr>
        <w:t>STANDARDY OCHRONY MAŁOLETNICH</w:t>
      </w:r>
      <w:r w:rsidRPr="00E56104">
        <w:rPr>
          <w:rFonts w:ascii="Times New Roman" w:hAnsi="Times New Roman" w:cs="Times New Roman"/>
          <w:b/>
          <w:bCs/>
          <w:color w:val="004F88"/>
          <w:sz w:val="24"/>
          <w:szCs w:val="24"/>
          <w:lang w:val="pl-PL"/>
        </w:rPr>
        <w:t xml:space="preserve"> </w:t>
      </w:r>
      <w:r w:rsidRPr="00E56104">
        <w:rPr>
          <w:rFonts w:ascii="Times New Roman" w:hAnsi="Times New Roman" w:cs="Times New Roman"/>
          <w:b/>
          <w:bCs/>
          <w:color w:val="004F88"/>
          <w:sz w:val="24"/>
          <w:szCs w:val="24"/>
          <w:lang w:val="pl-PL"/>
        </w:rPr>
        <w:br/>
      </w:r>
      <w:r w:rsidRPr="00E56104">
        <w:rPr>
          <w:rFonts w:ascii="Times New Roman" w:hAnsi="Times New Roman" w:cs="Times New Roman"/>
          <w:b/>
          <w:bCs/>
          <w:color w:val="004F88"/>
          <w:sz w:val="24"/>
          <w:szCs w:val="24"/>
          <w:lang w:val="pl-PL"/>
        </w:rPr>
        <w:t xml:space="preserve">w </w:t>
      </w:r>
      <w:r w:rsidRPr="007C212E">
        <w:rPr>
          <w:rFonts w:ascii="Times New Roman" w:hAnsi="Times New Roman" w:cs="Times New Roman"/>
          <w:b/>
          <w:bCs/>
          <w:color w:val="004F88"/>
          <w:sz w:val="24"/>
          <w:szCs w:val="24"/>
          <w:lang w:val="pl-PL"/>
        </w:rPr>
        <w:t>Zesp</w:t>
      </w:r>
      <w:r w:rsidRPr="00E56104">
        <w:rPr>
          <w:rFonts w:ascii="Times New Roman" w:hAnsi="Times New Roman" w:cs="Times New Roman"/>
          <w:b/>
          <w:bCs/>
          <w:color w:val="004F88"/>
          <w:sz w:val="24"/>
          <w:szCs w:val="24"/>
          <w:lang w:val="pl-PL"/>
        </w:rPr>
        <w:t xml:space="preserve">ole </w:t>
      </w:r>
      <w:r w:rsidRPr="007C212E">
        <w:rPr>
          <w:rFonts w:ascii="Times New Roman" w:hAnsi="Times New Roman" w:cs="Times New Roman"/>
          <w:b/>
          <w:bCs/>
          <w:color w:val="004F88"/>
          <w:sz w:val="24"/>
          <w:szCs w:val="24"/>
          <w:lang w:val="pl-PL"/>
        </w:rPr>
        <w:t>Szkół Specjalnych im. Marii Grzegorzewskiej w Zduńskiej Woli</w:t>
      </w:r>
    </w:p>
    <w:p w14:paraId="31161572" w14:textId="77777777" w:rsidR="00E56104" w:rsidRPr="00E56104" w:rsidRDefault="00E56104" w:rsidP="00E56104">
      <w:pPr>
        <w:jc w:val="center"/>
        <w:rPr>
          <w:rFonts w:ascii="Times New Roman" w:hAnsi="Times New Roman" w:cs="Times New Roman"/>
          <w:b/>
          <w:bCs/>
          <w:sz w:val="22"/>
          <w:u w:val="single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u w:val="single"/>
          <w:lang w:val="pl-PL"/>
        </w:rPr>
        <w:t>Najważniejsze informacje dla Rodziców i Opiekunów</w:t>
      </w:r>
    </w:p>
    <w:p w14:paraId="6614A424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Szanowni Państwo,</w:t>
      </w:r>
    </w:p>
    <w:p w14:paraId="40E9EA12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 xml:space="preserve">w naszej Szkole obowiązują </w:t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Standardy Ochrony Małoletnich (SOM)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. Ich najważniejszym celem jest zapewnienie każdemu dziecku </w:t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bezpieczeństwa, szacunku, ochrony przed krzywdzeniem oraz szybkiej pomocy w sytuacji zagrożenia</w:t>
      </w:r>
      <w:r w:rsidRPr="00E56104">
        <w:rPr>
          <w:rFonts w:ascii="Times New Roman" w:hAnsi="Times New Roman" w:cs="Times New Roman"/>
          <w:sz w:val="22"/>
          <w:lang w:val="pl-PL"/>
        </w:rPr>
        <w:t>.</w:t>
      </w:r>
    </w:p>
    <w:p w14:paraId="68C58B14" w14:textId="77777777" w:rsidR="00E56104" w:rsidRPr="00E56104" w:rsidRDefault="00E56104" w:rsidP="00313BD0">
      <w:pPr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color w:val="004F88"/>
          <w:sz w:val="22"/>
          <w:lang w:val="pl-PL"/>
        </w:rPr>
        <w:t>CO CHRONIMY?</w:t>
      </w:r>
    </w:p>
    <w:p w14:paraId="7D757699" w14:textId="77777777" w:rsidR="00E56104" w:rsidRPr="00E56104" w:rsidRDefault="00E56104" w:rsidP="00313BD0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Standardy dotyczą ochrony dzieci w szczególności przed:</w:t>
      </w:r>
    </w:p>
    <w:p w14:paraId="1E53C0D9" w14:textId="77777777" w:rsidR="00E56104" w:rsidRPr="00E56104" w:rsidRDefault="00E56104" w:rsidP="00313BD0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przemocą fizyczną i psychiczną,</w:t>
      </w:r>
    </w:p>
    <w:p w14:paraId="0E1A02A7" w14:textId="77777777" w:rsidR="00E56104" w:rsidRPr="00E56104" w:rsidRDefault="00E56104" w:rsidP="00313BD0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przemocą seksualną,</w:t>
      </w:r>
    </w:p>
    <w:p w14:paraId="16E46E87" w14:textId="77777777" w:rsidR="00E56104" w:rsidRPr="00E56104" w:rsidRDefault="00E56104" w:rsidP="00313BD0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zaniedbaniem,</w:t>
      </w:r>
    </w:p>
    <w:p w14:paraId="5470EAD0" w14:textId="77777777" w:rsidR="00E56104" w:rsidRPr="00E56104" w:rsidRDefault="00E56104" w:rsidP="00313BD0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poniżaniem, wyśmiewaniem i dyskryminacją,</w:t>
      </w:r>
    </w:p>
    <w:p w14:paraId="0AED0921" w14:textId="77777777" w:rsidR="00E56104" w:rsidRPr="00E56104" w:rsidRDefault="00E56104" w:rsidP="00313BD0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przemocą rówieśniczą,</w:t>
      </w:r>
    </w:p>
    <w:p w14:paraId="4283E91E" w14:textId="77777777" w:rsidR="00E56104" w:rsidRPr="00E56104" w:rsidRDefault="00E56104" w:rsidP="00313BD0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cyberprzemocą i innymi zagrożeniami w Internecie,</w:t>
      </w:r>
    </w:p>
    <w:p w14:paraId="5992EB3B" w14:textId="77777777" w:rsidR="00E56104" w:rsidRPr="00E56104" w:rsidRDefault="00E56104" w:rsidP="00313BD0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naruszaniem prywatności, godności i wizerunku dziecka,</w:t>
      </w:r>
    </w:p>
    <w:p w14:paraId="74570D46" w14:textId="77777777" w:rsidR="00E56104" w:rsidRPr="00E56104" w:rsidRDefault="00E56104" w:rsidP="00313BD0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niewłaściwym zachowaniem osób dorosłych wobec dziecka.</w:t>
      </w:r>
    </w:p>
    <w:p w14:paraId="219832F8" w14:textId="77777777" w:rsidR="00313BD0" w:rsidRDefault="00313BD0" w:rsidP="00313BD0">
      <w:pPr>
        <w:spacing w:after="0" w:line="240" w:lineRule="auto"/>
        <w:rPr>
          <w:rFonts w:ascii="Times New Roman" w:hAnsi="Times New Roman" w:cs="Times New Roman"/>
          <w:b/>
          <w:bCs/>
          <w:sz w:val="22"/>
          <w:lang w:val="pl-PL"/>
        </w:rPr>
      </w:pPr>
    </w:p>
    <w:p w14:paraId="4AA52446" w14:textId="0E74601F" w:rsidR="00E56104" w:rsidRPr="00E56104" w:rsidRDefault="00E56104" w:rsidP="00313B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color w:val="004F88"/>
          <w:sz w:val="22"/>
          <w:lang w:val="pl-PL"/>
        </w:rPr>
        <w:t>CO ROBI SZKOŁA?</w:t>
      </w:r>
    </w:p>
    <w:p w14:paraId="7311C8AF" w14:textId="77777777" w:rsidR="00313BD0" w:rsidRDefault="00313BD0" w:rsidP="00313BD0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</w:p>
    <w:p w14:paraId="3C6D765C" w14:textId="66E8264A" w:rsidR="00E56104" w:rsidRPr="00E56104" w:rsidRDefault="00E56104" w:rsidP="00313BD0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W ZSS obowiązują zasady określające:</w:t>
      </w:r>
    </w:p>
    <w:p w14:paraId="4E627499" w14:textId="77777777" w:rsidR="00E56104" w:rsidRPr="00E56104" w:rsidRDefault="00E56104" w:rsidP="00313BD0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bezpieczne relacje pracowników z uczniami,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bezpieczne relacje pomiędzy uczniami,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zachowania niedopuszczalne wobec dzieci,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sposób przyjmowania zgłoszeń dotyczących krzywdzenia,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sposób reagowania w sytuacji podejrzenia lub ujawnienia krzywdzenia,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zasady dokumentowania i prowadzenia interwencji,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sposób udzielania dziecku pomocy i organizowania dalszego wsparcia,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zasady ochrony wizerunku i danych osobowych,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Segoe UI Symbol" w:hAnsi="Segoe UI Symbol" w:cs="Segoe UI Symbol"/>
          <w:sz w:val="22"/>
          <w:lang w:val="pl-PL"/>
        </w:rPr>
        <w:t>✓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zasady bezpiecznego korzystania z Internetu i urządzeń elektronicznych.</w:t>
      </w:r>
    </w:p>
    <w:p w14:paraId="7C2DE4A8" w14:textId="77777777" w:rsidR="00313BD0" w:rsidRDefault="00313BD0" w:rsidP="00313BD0">
      <w:pPr>
        <w:spacing w:after="0" w:line="240" w:lineRule="auto"/>
        <w:rPr>
          <w:rFonts w:ascii="Times New Roman" w:hAnsi="Times New Roman" w:cs="Times New Roman"/>
          <w:b/>
          <w:bCs/>
          <w:sz w:val="22"/>
          <w:lang w:val="pl-PL"/>
        </w:rPr>
      </w:pPr>
    </w:p>
    <w:p w14:paraId="321FEEDE" w14:textId="0C4CDFAF" w:rsidR="00E56104" w:rsidRPr="00E56104" w:rsidRDefault="00E56104" w:rsidP="00313B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color w:val="004F88"/>
          <w:sz w:val="22"/>
          <w:lang w:val="pl-PL"/>
        </w:rPr>
        <w:t>JEŚLI DZIECKO POTRZEBUJE POMOCY</w:t>
      </w:r>
    </w:p>
    <w:p w14:paraId="2103C0DA" w14:textId="77777777" w:rsidR="00313BD0" w:rsidRDefault="00313BD0" w:rsidP="00313BD0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</w:p>
    <w:p w14:paraId="0E1B99F6" w14:textId="07AA080E" w:rsidR="00E56104" w:rsidRPr="00E56104" w:rsidRDefault="00E56104" w:rsidP="00313BD0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Jeżeli Państwa dziecko:</w:t>
      </w:r>
    </w:p>
    <w:p w14:paraId="53EE27A4" w14:textId="77777777" w:rsidR="00E56104" w:rsidRPr="00E56104" w:rsidRDefault="00E56104" w:rsidP="00313BD0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mówi, że ktoś je krzywdzi,</w:t>
      </w:r>
    </w:p>
    <w:p w14:paraId="72739E09" w14:textId="77777777" w:rsidR="00E56104" w:rsidRPr="00E56104" w:rsidRDefault="00E56104" w:rsidP="00313BD0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boi się konkretnej osoby lub sytuacji,</w:t>
      </w:r>
    </w:p>
    <w:p w14:paraId="5882A8D8" w14:textId="77777777" w:rsidR="00E56104" w:rsidRPr="00E56104" w:rsidRDefault="00E56104" w:rsidP="00313BD0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doświadcza przemocy ze strony innych uczniów,</w:t>
      </w:r>
    </w:p>
    <w:p w14:paraId="27943DC3" w14:textId="77777777" w:rsidR="00E56104" w:rsidRPr="00E56104" w:rsidRDefault="00E56104" w:rsidP="00313BD0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jest poniżane, wyśmiewane, zastraszane lub wykluczane,</w:t>
      </w:r>
    </w:p>
    <w:p w14:paraId="7D122CC4" w14:textId="77777777" w:rsidR="00E56104" w:rsidRPr="00E56104" w:rsidRDefault="00E56104" w:rsidP="00313BD0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doświadcza cyberprzemocy,</w:t>
      </w:r>
    </w:p>
    <w:p w14:paraId="3D4C4D9E" w14:textId="77777777" w:rsidR="00E56104" w:rsidRPr="00E56104" w:rsidRDefault="00E56104" w:rsidP="00313BD0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otrzymuje niepokojące wiadomości lub treści w Internecie,</w:t>
      </w:r>
    </w:p>
    <w:p w14:paraId="7F11B511" w14:textId="77777777" w:rsidR="00E56104" w:rsidRPr="00E56104" w:rsidRDefault="00E56104" w:rsidP="00313BD0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albo zauważą Państwo inne sygnały mogące świadczyć o zagrożeniu jego bezpieczeństwa,</w:t>
      </w:r>
    </w:p>
    <w:p w14:paraId="655C3E04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prosimy o kontakt ze Szkołą.</w:t>
      </w:r>
    </w:p>
    <w:p w14:paraId="0FE3A3AB" w14:textId="77777777" w:rsidR="00313BD0" w:rsidRDefault="00313BD0" w:rsidP="00E56104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  <w:r>
        <w:rPr>
          <w:rFonts w:ascii="Times New Roman" w:hAnsi="Times New Roman" w:cs="Times New Roman"/>
          <w:b/>
          <w:bCs/>
          <w:sz w:val="22"/>
          <w:lang w:val="pl-PL"/>
        </w:rPr>
        <w:br/>
      </w:r>
    </w:p>
    <w:p w14:paraId="1EC40E93" w14:textId="2B0AA0C7" w:rsidR="00E56104" w:rsidRPr="00E56104" w:rsidRDefault="00313BD0" w:rsidP="00E56104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  <w:r>
        <w:rPr>
          <w:rFonts w:ascii="Times New Roman" w:hAnsi="Times New Roman" w:cs="Times New Roman"/>
          <w:b/>
          <w:bCs/>
          <w:sz w:val="22"/>
          <w:lang w:val="pl-PL"/>
        </w:rPr>
        <w:br w:type="column"/>
      </w:r>
      <w:r w:rsidR="00E56104" w:rsidRPr="00E56104">
        <w:rPr>
          <w:rFonts w:ascii="Times New Roman" w:hAnsi="Times New Roman" w:cs="Times New Roman"/>
          <w:b/>
          <w:bCs/>
          <w:color w:val="004F88"/>
          <w:sz w:val="22"/>
          <w:lang w:val="pl-PL"/>
        </w:rPr>
        <w:lastRenderedPageBreak/>
        <w:t>GDZIE MOŻNA ZGŁOSIĆ PROBLEM?</w:t>
      </w:r>
    </w:p>
    <w:p w14:paraId="626FDF30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Rodzic/opiekun może zgłosić problem:</w:t>
      </w:r>
    </w:p>
    <w:p w14:paraId="78D220B5" w14:textId="5C6D4E0A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Wychowawcy klasy</w:t>
      </w:r>
      <w:r w:rsidR="00313BD0">
        <w:rPr>
          <w:rFonts w:ascii="Times New Roman" w:hAnsi="Times New Roman" w:cs="Times New Roman"/>
          <w:sz w:val="22"/>
          <w:lang w:val="pl-PL"/>
        </w:rPr>
        <w:t>:</w:t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Pr="00E56104">
        <w:rPr>
          <w:rFonts w:ascii="Times New Roman" w:hAnsi="Times New Roman" w:cs="Times New Roman"/>
          <w:sz w:val="22"/>
          <w:lang w:val="pl-PL"/>
        </w:rPr>
        <w:t>Imię i nazwisko: ..................................................................</w:t>
      </w:r>
      <w:r w:rsidR="00313BD0">
        <w:rPr>
          <w:rFonts w:ascii="Times New Roman" w:hAnsi="Times New Roman" w:cs="Times New Roman"/>
          <w:sz w:val="22"/>
          <w:lang w:val="pl-PL"/>
        </w:rPr>
        <w:t>.............</w:t>
      </w:r>
    </w:p>
    <w:p w14:paraId="303DABA7" w14:textId="2BECD68B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 xml:space="preserve">Pedagogowi szkolnemu </w:t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Pr="00E56104">
        <w:rPr>
          <w:rFonts w:ascii="Times New Roman" w:hAnsi="Times New Roman" w:cs="Times New Roman"/>
          <w:sz w:val="22"/>
          <w:lang w:val="pl-PL"/>
        </w:rPr>
        <w:t>Imię i nazwisko:</w:t>
      </w:r>
      <w:r>
        <w:rPr>
          <w:rFonts w:ascii="Times New Roman" w:hAnsi="Times New Roman" w:cs="Times New Roman"/>
          <w:sz w:val="22"/>
          <w:lang w:val="pl-PL"/>
        </w:rPr>
        <w:tab/>
        <w:t>BOGDAN PAWLAK</w:t>
      </w:r>
    </w:p>
    <w:p w14:paraId="48EEEEB9" w14:textId="71B29201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Psychologowi szkolnemu</w:t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Pr="00E56104">
        <w:rPr>
          <w:rFonts w:ascii="Times New Roman" w:hAnsi="Times New Roman" w:cs="Times New Roman"/>
          <w:sz w:val="22"/>
          <w:lang w:val="pl-PL"/>
        </w:rPr>
        <w:t xml:space="preserve">Imię i nazwisko: </w:t>
      </w:r>
      <w:r>
        <w:rPr>
          <w:rFonts w:ascii="Times New Roman" w:hAnsi="Times New Roman" w:cs="Times New Roman"/>
          <w:sz w:val="22"/>
          <w:lang w:val="pl-PL"/>
        </w:rPr>
        <w:tab/>
        <w:t xml:space="preserve">ANNA SROCZYŃSKA </w:t>
      </w:r>
    </w:p>
    <w:p w14:paraId="11490CDF" w14:textId="44DD303E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Osobie odpowiedzialnej za przyjmowanie zgłoszeń w ramach SOM</w:t>
      </w:r>
      <w:r w:rsidRPr="00E56104">
        <w:rPr>
          <w:rFonts w:ascii="Times New Roman" w:hAnsi="Times New Roman" w:cs="Times New Roman"/>
          <w:sz w:val="22"/>
          <w:lang w:val="pl-PL"/>
        </w:rPr>
        <w:br/>
        <w:t xml:space="preserve">Imię i nazwisko: </w:t>
      </w:r>
      <w:r>
        <w:rPr>
          <w:rFonts w:ascii="Times New Roman" w:hAnsi="Times New Roman" w:cs="Times New Roman"/>
          <w:sz w:val="22"/>
          <w:lang w:val="pl-PL"/>
        </w:rPr>
        <w:tab/>
      </w:r>
      <w:r>
        <w:rPr>
          <w:rFonts w:ascii="Times New Roman" w:hAnsi="Times New Roman" w:cs="Times New Roman"/>
          <w:sz w:val="22"/>
          <w:lang w:val="pl-PL"/>
        </w:rPr>
        <w:t>BOGDAN PAWLAK</w:t>
      </w:r>
    </w:p>
    <w:p w14:paraId="3A7F7C70" w14:textId="01AC2A01" w:rsid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Dyrektorowi ZSS</w:t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="00313BD0">
        <w:rPr>
          <w:rFonts w:ascii="Times New Roman" w:hAnsi="Times New Roman" w:cs="Times New Roman"/>
          <w:sz w:val="22"/>
          <w:lang w:val="pl-PL"/>
        </w:rPr>
        <w:tab/>
      </w:r>
      <w:r w:rsidRPr="00E56104">
        <w:rPr>
          <w:rFonts w:ascii="Times New Roman" w:hAnsi="Times New Roman" w:cs="Times New Roman"/>
          <w:sz w:val="22"/>
          <w:lang w:val="pl-PL"/>
        </w:rPr>
        <w:t>Imię i nazwisko:</w:t>
      </w:r>
      <w:r>
        <w:rPr>
          <w:rFonts w:ascii="Times New Roman" w:hAnsi="Times New Roman" w:cs="Times New Roman"/>
          <w:sz w:val="22"/>
          <w:lang w:val="pl-PL"/>
        </w:rPr>
        <w:t xml:space="preserve"> RENATA KOSIŃSKA</w:t>
      </w:r>
    </w:p>
    <w:p w14:paraId="7519FC28" w14:textId="6CEC5537" w:rsidR="00E56104" w:rsidRPr="00E56104" w:rsidRDefault="00E56104" w:rsidP="00E56104">
      <w:pPr>
        <w:rPr>
          <w:rFonts w:ascii="Times New Roman" w:hAnsi="Times New Roman" w:cs="Times New Roman"/>
          <w:b/>
          <w:bCs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Wicedyrektorowi ZSS</w:t>
      </w:r>
      <w:r w:rsidR="00313BD0">
        <w:rPr>
          <w:rFonts w:ascii="Times New Roman" w:hAnsi="Times New Roman" w:cs="Times New Roman"/>
          <w:b/>
          <w:bCs/>
          <w:sz w:val="22"/>
          <w:lang w:val="pl-PL"/>
        </w:rPr>
        <w:tab/>
      </w:r>
      <w:r w:rsidR="00313BD0">
        <w:rPr>
          <w:rFonts w:ascii="Times New Roman" w:hAnsi="Times New Roman" w:cs="Times New Roman"/>
          <w:b/>
          <w:bCs/>
          <w:sz w:val="22"/>
          <w:lang w:val="pl-PL"/>
        </w:rPr>
        <w:tab/>
      </w:r>
      <w:r w:rsidR="00313BD0">
        <w:rPr>
          <w:rFonts w:ascii="Times New Roman" w:hAnsi="Times New Roman" w:cs="Times New Roman"/>
          <w:b/>
          <w:bCs/>
          <w:sz w:val="22"/>
          <w:lang w:val="pl-PL"/>
        </w:rPr>
        <w:tab/>
      </w:r>
      <w:r w:rsidRPr="00E56104">
        <w:rPr>
          <w:rFonts w:ascii="Times New Roman" w:hAnsi="Times New Roman" w:cs="Times New Roman"/>
          <w:sz w:val="22"/>
          <w:lang w:val="pl-PL"/>
        </w:rPr>
        <w:t>Imię i nazwisko:</w:t>
      </w:r>
      <w:r>
        <w:rPr>
          <w:rFonts w:ascii="Times New Roman" w:hAnsi="Times New Roman" w:cs="Times New Roman"/>
          <w:sz w:val="22"/>
          <w:lang w:val="pl-PL"/>
        </w:rPr>
        <w:t xml:space="preserve"> RENATA</w:t>
      </w:r>
      <w:r>
        <w:rPr>
          <w:rFonts w:ascii="Times New Roman" w:hAnsi="Times New Roman" w:cs="Times New Roman"/>
          <w:sz w:val="22"/>
          <w:lang w:val="pl-PL"/>
        </w:rPr>
        <w:t xml:space="preserve"> BADZIAK</w:t>
      </w:r>
    </w:p>
    <w:p w14:paraId="68C3C32C" w14:textId="0E6F893F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Telefon szkoły: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</w:t>
      </w:r>
      <w:r>
        <w:rPr>
          <w:rFonts w:ascii="Times New Roman" w:hAnsi="Times New Roman" w:cs="Times New Roman"/>
          <w:sz w:val="22"/>
          <w:lang w:val="pl-PL"/>
        </w:rPr>
        <w:t>43/ 823 33 99</w:t>
      </w:r>
      <w:r w:rsidR="00313BD0">
        <w:rPr>
          <w:rFonts w:ascii="Times New Roman" w:hAnsi="Times New Roman" w:cs="Times New Roman"/>
          <w:sz w:val="22"/>
          <w:lang w:val="pl-PL"/>
        </w:rPr>
        <w:t xml:space="preserve">                    </w:t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E-mail: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</w:t>
      </w:r>
      <w:r w:rsidR="00313BD0" w:rsidRPr="00313BD0">
        <w:rPr>
          <w:rFonts w:ascii="Times New Roman" w:hAnsi="Times New Roman" w:cs="Times New Roman"/>
          <w:sz w:val="22"/>
          <w:lang w:val="pl-PL"/>
        </w:rPr>
        <w:t>sekretariat@grzegorzewskazdw.pl</w:t>
      </w:r>
    </w:p>
    <w:p w14:paraId="39236D50" w14:textId="29728F7A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Adres / miejsce osobistego zgłoszenia: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>
        <w:rPr>
          <w:rFonts w:ascii="Times New Roman" w:hAnsi="Times New Roman" w:cs="Times New Roman"/>
          <w:sz w:val="22"/>
          <w:lang w:val="pl-PL"/>
        </w:rPr>
        <w:t>Gabinet pedagoga szkolnego/psychologa  w ZSS im. m. Grzegorzewskiej w Zduńskiej Woli, ul. Zielona 59</w:t>
      </w:r>
      <w:r w:rsidR="00313BD0">
        <w:rPr>
          <w:rFonts w:ascii="Times New Roman" w:hAnsi="Times New Roman" w:cs="Times New Roman"/>
          <w:sz w:val="22"/>
          <w:lang w:val="pl-PL"/>
        </w:rPr>
        <w:t>a</w:t>
      </w:r>
    </w:p>
    <w:p w14:paraId="4FFFC3A3" w14:textId="77777777" w:rsidR="00313BD0" w:rsidRDefault="00313BD0" w:rsidP="00313BD0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</w:p>
    <w:p w14:paraId="1F257958" w14:textId="51C6BAF9" w:rsidR="00E56104" w:rsidRPr="00E56104" w:rsidRDefault="00E56104" w:rsidP="00313BD0">
      <w:pPr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color w:val="004F88"/>
          <w:sz w:val="22"/>
          <w:lang w:val="pl-PL"/>
        </w:rPr>
        <w:t>CO DZIEJE SIĘ PO ZGŁOSZENIU?</w:t>
      </w:r>
    </w:p>
    <w:p w14:paraId="7BACF24B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Każde zgłoszenie dotyczące bezpieczeństwa dziecka powinno zostać potraktowane poważnie.</w:t>
      </w:r>
    </w:p>
    <w:p w14:paraId="34D81278" w14:textId="77777777" w:rsidR="00E56104" w:rsidRPr="00E56104" w:rsidRDefault="00E56104" w:rsidP="00313BD0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W zależności od sytuacji Szkoła:</w:t>
      </w:r>
    </w:p>
    <w:p w14:paraId="60495CBC" w14:textId="77777777" w:rsidR="00E56104" w:rsidRPr="00E56104" w:rsidRDefault="00E56104" w:rsidP="00313BD0">
      <w:pPr>
        <w:spacing w:after="0" w:line="240" w:lineRule="auto"/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1.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przyjmuje i analizuje zgłoszenie,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2.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podejmuje działania zapewniające dziecku bezpieczeństwo,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3.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organizuje odpowiednie wsparcie,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4.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dokumentuje podjęte działania,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5.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w razie potrzeby uruchamia odpowiednią procedurę interwencyjną,</w:t>
      </w:r>
      <w:r w:rsidRPr="00E56104"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6.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jeżeli wymagają tego przepisy i dobro dziecka – zawiadamia właściwe instytucje.</w:t>
      </w:r>
    </w:p>
    <w:p w14:paraId="79777BA6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 xml:space="preserve">Po ujawnieniu krzywdzenia dziecku może zostać przygotowany </w:t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indywidualny plan wsparcia</w:t>
      </w:r>
      <w:r w:rsidRPr="00E56104">
        <w:rPr>
          <w:rFonts w:ascii="Times New Roman" w:hAnsi="Times New Roman" w:cs="Times New Roman"/>
          <w:sz w:val="22"/>
          <w:lang w:val="pl-PL"/>
        </w:rPr>
        <w:t>.</w:t>
      </w:r>
    </w:p>
    <w:p w14:paraId="7306343C" w14:textId="77777777" w:rsidR="00313BD0" w:rsidRDefault="00313BD0" w:rsidP="00E56104">
      <w:pPr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</w:p>
    <w:p w14:paraId="77CF89F6" w14:textId="1ADEDE63" w:rsidR="00E56104" w:rsidRPr="00E56104" w:rsidRDefault="00E56104" w:rsidP="00E56104">
      <w:pPr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color w:val="004F88"/>
          <w:sz w:val="22"/>
          <w:lang w:val="pl-PL"/>
        </w:rPr>
        <w:t>POMOC DOSTOSOWANA DO POTRZEB DZIECKA</w:t>
      </w:r>
    </w:p>
    <w:p w14:paraId="6FEC898A" w14:textId="74E99D32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 xml:space="preserve">ZSS </w:t>
      </w:r>
      <w:r>
        <w:rPr>
          <w:rFonts w:ascii="Times New Roman" w:hAnsi="Times New Roman" w:cs="Times New Roman"/>
          <w:sz w:val="22"/>
          <w:lang w:val="pl-PL"/>
        </w:rPr>
        <w:t xml:space="preserve"> im. M. Grzegorzewskiej w Zduńskiej Woli </w:t>
      </w:r>
      <w:r w:rsidRPr="00E56104">
        <w:rPr>
          <w:rFonts w:ascii="Times New Roman" w:hAnsi="Times New Roman" w:cs="Times New Roman"/>
          <w:sz w:val="22"/>
          <w:lang w:val="pl-PL"/>
        </w:rPr>
        <w:t>jest placówką, w której szczególną uwagę zwracamy na potrzeby uczniów z niepełnosprawnościami i specjalnymi potrzebami edukacyjnymi.</w:t>
      </w:r>
    </w:p>
    <w:p w14:paraId="606577FB" w14:textId="41406F2A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 xml:space="preserve">Informacje oraz sposób rozmowy z dzieckiem powinny być dostosowane do jego możliwości rozumienia </w:t>
      </w:r>
      <w:r>
        <w:rPr>
          <w:rFonts w:ascii="Times New Roman" w:hAnsi="Times New Roman" w:cs="Times New Roman"/>
          <w:sz w:val="22"/>
          <w:lang w:val="pl-PL"/>
        </w:rPr>
        <w:br/>
      </w:r>
      <w:r w:rsidRPr="00E56104">
        <w:rPr>
          <w:rFonts w:ascii="Times New Roman" w:hAnsi="Times New Roman" w:cs="Times New Roman"/>
          <w:sz w:val="22"/>
          <w:lang w:val="pl-PL"/>
        </w:rPr>
        <w:t xml:space="preserve">i komunikowania się. W razie potrzeby mogą być wykorzystywane m.in. </w:t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prosty język, piktogramy, komunikacja wspomagająca i alternatywna (AAC) oraz inne indywidualnie dobrane sposoby komunikacji.</w:t>
      </w:r>
    </w:p>
    <w:p w14:paraId="234C09D5" w14:textId="77777777" w:rsidR="00313BD0" w:rsidRDefault="00313BD0" w:rsidP="00E56104">
      <w:pPr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</w:p>
    <w:p w14:paraId="08CAF16C" w14:textId="77777777" w:rsidR="00313BD0" w:rsidRDefault="00313BD0" w:rsidP="00E56104">
      <w:pPr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</w:p>
    <w:p w14:paraId="2FB8B3F9" w14:textId="6857BBC2" w:rsidR="00E56104" w:rsidRPr="00E56104" w:rsidRDefault="00E56104" w:rsidP="00E56104">
      <w:pPr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color w:val="004F88"/>
          <w:sz w:val="22"/>
          <w:lang w:val="pl-PL"/>
        </w:rPr>
        <w:lastRenderedPageBreak/>
        <w:t>GDZIE ZNAJDĘ PEŁNE STANDARDY?</w:t>
      </w:r>
    </w:p>
    <w:p w14:paraId="5BDD1E7D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 xml:space="preserve">Pełna wersja </w:t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Standardów Ochrony Małoletnich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oraz wersja skrócona dla uczniów są dostępne:</w:t>
      </w:r>
    </w:p>
    <w:p w14:paraId="4CE782BE" w14:textId="0C60218E" w:rsidR="00E56104" w:rsidRPr="00E56104" w:rsidRDefault="00E56104" w:rsidP="00E56104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na stronie internetowej szkoły:</w:t>
      </w:r>
      <w:r w:rsidRPr="00E56104">
        <w:rPr>
          <w:rFonts w:ascii="Times New Roman" w:hAnsi="Times New Roman" w:cs="Times New Roman"/>
          <w:sz w:val="22"/>
          <w:lang w:val="pl-PL"/>
        </w:rPr>
        <w:t xml:space="preserve">  </w:t>
      </w:r>
      <w:r w:rsidRPr="00E56104">
        <w:rPr>
          <w:rFonts w:ascii="Times New Roman" w:hAnsi="Times New Roman" w:cs="Times New Roman"/>
          <w:sz w:val="22"/>
          <w:lang w:val="pl-PL"/>
        </w:rPr>
        <w:t>https://grzegorzewskazdw.pl/</w:t>
      </w:r>
    </w:p>
    <w:p w14:paraId="1FD9C7FB" w14:textId="77777777" w:rsidR="00E56104" w:rsidRPr="00E56104" w:rsidRDefault="00E56104" w:rsidP="00E56104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w siedzibie ZSS:</w:t>
      </w:r>
      <w:r>
        <w:rPr>
          <w:rFonts w:ascii="Times New Roman" w:hAnsi="Times New Roman" w:cs="Times New Roman"/>
          <w:b/>
          <w:bCs/>
          <w:sz w:val="22"/>
          <w:lang w:val="pl-PL"/>
        </w:rPr>
        <w:t xml:space="preserve"> tablica informacyjna w holu głównym</w:t>
      </w:r>
    </w:p>
    <w:p w14:paraId="0E8BF821" w14:textId="7B50FB18" w:rsidR="00E56104" w:rsidRPr="00E56104" w:rsidRDefault="00E56104" w:rsidP="00E56104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w innym miejscu</w:t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:</w:t>
      </w:r>
      <w:r>
        <w:rPr>
          <w:rFonts w:ascii="Times New Roman" w:hAnsi="Times New Roman" w:cs="Times New Roman"/>
          <w:b/>
          <w:bCs/>
          <w:sz w:val="22"/>
          <w:lang w:val="pl-PL"/>
        </w:rPr>
        <w:t xml:space="preserve"> tablica informacyjna o SOM przy wejściu do szatni </w:t>
      </w:r>
      <w:r w:rsidRPr="00E56104">
        <w:rPr>
          <w:rFonts w:ascii="Times New Roman" w:hAnsi="Times New Roman" w:cs="Times New Roman"/>
          <w:sz w:val="22"/>
          <w:lang w:val="pl-PL"/>
        </w:rPr>
        <w:br/>
      </w:r>
    </w:p>
    <w:p w14:paraId="2ABACED9" w14:textId="4663C939" w:rsidR="00E56104" w:rsidRPr="00E56104" w:rsidRDefault="00E56104" w:rsidP="00E56104">
      <w:pPr>
        <w:jc w:val="center"/>
        <w:rPr>
          <w:rFonts w:ascii="Times New Roman" w:hAnsi="Times New Roman" w:cs="Times New Roman"/>
          <w:b/>
          <w:bCs/>
          <w:color w:val="004F88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color w:val="004F88"/>
          <w:sz w:val="22"/>
          <w:lang w:val="pl-PL"/>
        </w:rPr>
        <w:t>WAŻNE</w:t>
      </w:r>
    </w:p>
    <w:p w14:paraId="5B9E31E6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Nie trzeba mieć pewności, że doszło do krzywdzenia, aby zgłosić niepokojącą sytuację.</w:t>
      </w:r>
    </w:p>
    <w:p w14:paraId="5EED20F1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sz w:val="22"/>
          <w:lang w:val="pl-PL"/>
        </w:rPr>
        <w:t>Jeżeli zachowanie dziecka, jego wypowiedzi lub inne okoliczności budzą Państwa niepokój, warto przekazać tę informację osobie odpowiedzialnej w Szkole.</w:t>
      </w:r>
    </w:p>
    <w:p w14:paraId="4A1595F7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Bezpieczeństwo dziecka jest wspólną odpowiedzialnością szkoły, rodziców i wszystkich osób dorosłych mających kontakt z małoletnim.</w:t>
      </w:r>
    </w:p>
    <w:p w14:paraId="39270B75" w14:textId="3703D79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b/>
          <w:bCs/>
          <w:sz w:val="22"/>
          <w:lang w:val="pl-PL"/>
        </w:rPr>
        <w:t>Zespół Szkół Specjalnych im. Marii Grzegorzewskiej</w:t>
      </w:r>
      <w:r w:rsidR="00313BD0">
        <w:rPr>
          <w:rFonts w:ascii="Times New Roman" w:hAnsi="Times New Roman" w:cs="Times New Roman"/>
          <w:b/>
          <w:bCs/>
          <w:sz w:val="22"/>
          <w:lang w:val="pl-PL"/>
        </w:rPr>
        <w:t xml:space="preserve"> </w:t>
      </w:r>
      <w:r w:rsidRPr="00E56104">
        <w:rPr>
          <w:rFonts w:ascii="Times New Roman" w:hAnsi="Times New Roman" w:cs="Times New Roman"/>
          <w:b/>
          <w:bCs/>
          <w:sz w:val="22"/>
          <w:lang w:val="pl-PL"/>
        </w:rPr>
        <w:t>w Zduńskiej Woli</w:t>
      </w:r>
    </w:p>
    <w:p w14:paraId="29EF6278" w14:textId="77777777" w:rsidR="00E56104" w:rsidRPr="00E56104" w:rsidRDefault="00E56104" w:rsidP="00E56104">
      <w:pPr>
        <w:rPr>
          <w:rFonts w:ascii="Times New Roman" w:hAnsi="Times New Roman" w:cs="Times New Roman"/>
          <w:sz w:val="22"/>
          <w:lang w:val="pl-PL"/>
        </w:rPr>
      </w:pPr>
      <w:r w:rsidRPr="00E56104">
        <w:rPr>
          <w:rFonts w:ascii="Times New Roman" w:hAnsi="Times New Roman" w:cs="Times New Roman"/>
          <w:i/>
          <w:iCs/>
          <w:sz w:val="22"/>
          <w:lang w:val="pl-PL"/>
        </w:rPr>
        <w:t>Bezpieczeństwo • Szacunek • Reagowanie • Wsparcie</w:t>
      </w:r>
    </w:p>
    <w:p w14:paraId="68117B68" w14:textId="28BEA367" w:rsidR="007C212E" w:rsidRPr="00F7695B" w:rsidRDefault="007C212E">
      <w:pPr>
        <w:rPr>
          <w:rFonts w:ascii="Times New Roman" w:hAnsi="Times New Roman" w:cs="Times New Roman"/>
          <w:sz w:val="22"/>
        </w:rPr>
      </w:pPr>
    </w:p>
    <w:sectPr w:rsidR="007C212E" w:rsidRPr="00F7695B" w:rsidSect="00034616">
      <w:headerReference w:type="default" r:id="rId8"/>
      <w:footerReference w:type="default" r:id="rId9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B165D" w14:textId="77777777" w:rsidR="00D82EFF" w:rsidRDefault="00D82EF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8841D0F" w14:textId="77777777" w:rsidR="00D82EFF" w:rsidRDefault="00D82EF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8065426"/>
      <w:docPartObj>
        <w:docPartGallery w:val="Page Numbers (Bottom of Page)"/>
        <w:docPartUnique/>
      </w:docPartObj>
    </w:sdtPr>
    <w:sdtContent>
      <w:p w14:paraId="6CD1908B" w14:textId="387B1315" w:rsidR="00F7695B" w:rsidRDefault="00F7695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DDAE389" w14:textId="559FC190" w:rsidR="005F14F2" w:rsidRDefault="005F14F2">
    <w:pPr>
      <w:pStyle w:val="Small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97E6F" w14:textId="77777777" w:rsidR="00D82EFF" w:rsidRDefault="00D82EF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A81D595" w14:textId="77777777" w:rsidR="00D82EFF" w:rsidRDefault="00D82EF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98D09" w14:textId="77777777" w:rsidR="005F14F2" w:rsidRDefault="00000000">
    <w:pPr>
      <w:pStyle w:val="Small"/>
      <w:jc w:val="center"/>
      <w:rPr>
        <w:rFonts w:hint="eastAsia"/>
      </w:rPr>
    </w:pPr>
    <w:r>
      <w:t xml:space="preserve">ZSS </w:t>
    </w:r>
    <w:proofErr w:type="spellStart"/>
    <w:r>
      <w:t>im</w:t>
    </w:r>
    <w:proofErr w:type="spellEnd"/>
    <w:r>
      <w:t xml:space="preserve">. Marii </w:t>
    </w:r>
    <w:proofErr w:type="spellStart"/>
    <w:r>
      <w:t>Grzegorzewskiej</w:t>
    </w:r>
    <w:proofErr w:type="spellEnd"/>
    <w:r>
      <w:t xml:space="preserve"> w Zduńskiej Woli | </w:t>
    </w:r>
    <w:proofErr w:type="spellStart"/>
    <w:r>
      <w:t>Standardy</w:t>
    </w:r>
    <w:proofErr w:type="spellEnd"/>
    <w:r>
      <w:t xml:space="preserve"> </w:t>
    </w:r>
    <w:proofErr w:type="spellStart"/>
    <w:r>
      <w:t>Ochrony</w:t>
    </w:r>
    <w:proofErr w:type="spellEnd"/>
    <w:r>
      <w:t xml:space="preserve"> </w:t>
    </w:r>
    <w:proofErr w:type="spellStart"/>
    <w:r>
      <w:t>Małoletnich</w:t>
    </w:r>
    <w:proofErr w:type="spellEnd"/>
    <w: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233179"/>
    <w:multiLevelType w:val="multilevel"/>
    <w:tmpl w:val="5E7A0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791F3E"/>
    <w:multiLevelType w:val="multilevel"/>
    <w:tmpl w:val="B00AE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150769"/>
    <w:multiLevelType w:val="multilevel"/>
    <w:tmpl w:val="0CA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527565"/>
    <w:multiLevelType w:val="multilevel"/>
    <w:tmpl w:val="0CB4C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1B461E"/>
    <w:multiLevelType w:val="multilevel"/>
    <w:tmpl w:val="3C8C3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F23AB"/>
    <w:multiLevelType w:val="hybridMultilevel"/>
    <w:tmpl w:val="6628A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E49BE"/>
    <w:multiLevelType w:val="hybridMultilevel"/>
    <w:tmpl w:val="544A07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253B8B"/>
    <w:multiLevelType w:val="multilevel"/>
    <w:tmpl w:val="2276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C17CD7"/>
    <w:multiLevelType w:val="hybridMultilevel"/>
    <w:tmpl w:val="CBFC0AC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35155963">
    <w:abstractNumId w:val="8"/>
  </w:num>
  <w:num w:numId="2" w16cid:durableId="653067658">
    <w:abstractNumId w:val="6"/>
  </w:num>
  <w:num w:numId="3" w16cid:durableId="1955597850">
    <w:abstractNumId w:val="5"/>
  </w:num>
  <w:num w:numId="4" w16cid:durableId="1942250693">
    <w:abstractNumId w:val="4"/>
  </w:num>
  <w:num w:numId="5" w16cid:durableId="1414818511">
    <w:abstractNumId w:val="7"/>
  </w:num>
  <w:num w:numId="6" w16cid:durableId="1284968778">
    <w:abstractNumId w:val="3"/>
  </w:num>
  <w:num w:numId="7" w16cid:durableId="603922431">
    <w:abstractNumId w:val="2"/>
  </w:num>
  <w:num w:numId="8" w16cid:durableId="39987173">
    <w:abstractNumId w:val="1"/>
  </w:num>
  <w:num w:numId="9" w16cid:durableId="1825008196">
    <w:abstractNumId w:val="0"/>
  </w:num>
  <w:num w:numId="10" w16cid:durableId="822550379">
    <w:abstractNumId w:val="10"/>
  </w:num>
  <w:num w:numId="11" w16cid:durableId="1684360628">
    <w:abstractNumId w:val="14"/>
  </w:num>
  <w:num w:numId="12" w16cid:durableId="1453134679">
    <w:abstractNumId w:val="15"/>
  </w:num>
  <w:num w:numId="13" w16cid:durableId="1870727273">
    <w:abstractNumId w:val="12"/>
  </w:num>
  <w:num w:numId="14" w16cid:durableId="1881479371">
    <w:abstractNumId w:val="16"/>
  </w:num>
  <w:num w:numId="15" w16cid:durableId="217518210">
    <w:abstractNumId w:val="13"/>
  </w:num>
  <w:num w:numId="16" w16cid:durableId="429548455">
    <w:abstractNumId w:val="9"/>
  </w:num>
  <w:num w:numId="17" w16cid:durableId="627589862">
    <w:abstractNumId w:val="11"/>
  </w:num>
  <w:num w:numId="18" w16cid:durableId="13224674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4FA"/>
    <w:rsid w:val="0015074B"/>
    <w:rsid w:val="002741CB"/>
    <w:rsid w:val="0029639D"/>
    <w:rsid w:val="00313BD0"/>
    <w:rsid w:val="00326F90"/>
    <w:rsid w:val="005F14F2"/>
    <w:rsid w:val="00651809"/>
    <w:rsid w:val="007C212E"/>
    <w:rsid w:val="007E5366"/>
    <w:rsid w:val="009C19A8"/>
    <w:rsid w:val="00AA1D8D"/>
    <w:rsid w:val="00B47730"/>
    <w:rsid w:val="00C05316"/>
    <w:rsid w:val="00CB0664"/>
    <w:rsid w:val="00D82EFF"/>
    <w:rsid w:val="00E56104"/>
    <w:rsid w:val="00F7695B"/>
    <w:rsid w:val="00FB68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6E2A5"/>
  <w14:defaultImageDpi w14:val="300"/>
  <w15:docId w15:val="{96E4E0FC-8B39-494F-9500-FE3E8939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ptos" w:hAnsi="Aptos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20</Pages>
  <Words>5524</Words>
  <Characters>33146</Characters>
  <Application>Microsoft Office Word</Application>
  <DocSecurity>0</DocSecurity>
  <Lines>276</Lines>
  <Paragraphs>77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Cieślak</cp:lastModifiedBy>
  <cp:revision>3</cp:revision>
  <dcterms:created xsi:type="dcterms:W3CDTF">2013-12-23T23:15:00Z</dcterms:created>
  <dcterms:modified xsi:type="dcterms:W3CDTF">2026-08-18T13:51:00Z</dcterms:modified>
  <cp:category/>
</cp:coreProperties>
</file>